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BA1E95" w14:paraId="230D2CAF" w14:textId="77777777">
        <w:tc>
          <w:tcPr>
            <w:tcW w:w="5256" w:type="dxa"/>
          </w:tcPr>
          <w:p w14:paraId="69C6E302" w14:textId="178FF1EF" w:rsidR="00BA1E95" w:rsidRDefault="00BA1E95" w:rsidP="00A01C37">
            <w:pPr>
              <w:jc w:val="center"/>
            </w:pPr>
          </w:p>
        </w:tc>
        <w:tc>
          <w:tcPr>
            <w:tcW w:w="5256" w:type="dxa"/>
          </w:tcPr>
          <w:p w14:paraId="0DFFA297" w14:textId="044814E6" w:rsidR="00BA1E95" w:rsidRDefault="00BA1E95"/>
        </w:tc>
      </w:tr>
    </w:tbl>
    <w:p w14:paraId="3521A6CD" w14:textId="0AD7686C" w:rsidR="00BA1E95" w:rsidRDefault="00A314D1" w:rsidP="00A01C37">
      <w:pPr>
        <w:jc w:val="center"/>
      </w:pPr>
      <w:r>
        <w:rPr>
          <w:b/>
          <w:sz w:val="36"/>
        </w:rPr>
        <w:t>CIS SUBCONTRACTOR INVOICE (UK)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A1E95" w14:paraId="66FDE054" w14:textId="77777777">
        <w:tc>
          <w:tcPr>
            <w:tcW w:w="2628" w:type="dxa"/>
          </w:tcPr>
          <w:p w14:paraId="6708D2F9" w14:textId="77777777" w:rsidR="00BA1E95" w:rsidRDefault="00A314D1">
            <w:r>
              <w:rPr>
                <w:b/>
              </w:rPr>
              <w:t>Subcontractor (Your details)</w:t>
            </w:r>
          </w:p>
        </w:tc>
        <w:tc>
          <w:tcPr>
            <w:tcW w:w="2628" w:type="dxa"/>
            <w:shd w:val="clear" w:color="auto" w:fill="E8F0FE"/>
          </w:tcPr>
          <w:p w14:paraId="589285C1" w14:textId="77777777" w:rsidR="00BA1E95" w:rsidRDefault="00BA1E95"/>
        </w:tc>
        <w:tc>
          <w:tcPr>
            <w:tcW w:w="2628" w:type="dxa"/>
          </w:tcPr>
          <w:p w14:paraId="08221B27" w14:textId="77777777" w:rsidR="00BA1E95" w:rsidRDefault="00A314D1">
            <w:r>
              <w:rPr>
                <w:b/>
              </w:rPr>
              <w:t>Contractor (Bill to)</w:t>
            </w:r>
          </w:p>
        </w:tc>
        <w:tc>
          <w:tcPr>
            <w:tcW w:w="2628" w:type="dxa"/>
            <w:shd w:val="clear" w:color="auto" w:fill="E8F0FE"/>
          </w:tcPr>
          <w:p w14:paraId="1F785913" w14:textId="77777777" w:rsidR="00BA1E95" w:rsidRDefault="00BA1E95"/>
        </w:tc>
      </w:tr>
      <w:tr w:rsidR="00BA1E95" w14:paraId="033F2F1F" w14:textId="77777777">
        <w:tc>
          <w:tcPr>
            <w:tcW w:w="2628" w:type="dxa"/>
          </w:tcPr>
          <w:p w14:paraId="3493D9B9" w14:textId="77777777" w:rsidR="00BA1E95" w:rsidRDefault="00A314D1">
            <w:r>
              <w:rPr>
                <w:b/>
              </w:rPr>
              <w:t>Address</w:t>
            </w:r>
          </w:p>
        </w:tc>
        <w:tc>
          <w:tcPr>
            <w:tcW w:w="2628" w:type="dxa"/>
            <w:shd w:val="clear" w:color="auto" w:fill="E8F0FE"/>
          </w:tcPr>
          <w:p w14:paraId="27145491" w14:textId="77777777" w:rsidR="00BA1E95" w:rsidRDefault="00BA1E95"/>
        </w:tc>
        <w:tc>
          <w:tcPr>
            <w:tcW w:w="2628" w:type="dxa"/>
          </w:tcPr>
          <w:p w14:paraId="51FD07A8" w14:textId="77777777" w:rsidR="00BA1E95" w:rsidRDefault="00A314D1">
            <w:r>
              <w:rPr>
                <w:b/>
              </w:rPr>
              <w:t>Address</w:t>
            </w:r>
          </w:p>
        </w:tc>
        <w:tc>
          <w:tcPr>
            <w:tcW w:w="2628" w:type="dxa"/>
            <w:shd w:val="clear" w:color="auto" w:fill="E8F0FE"/>
          </w:tcPr>
          <w:p w14:paraId="731B8EB8" w14:textId="77777777" w:rsidR="00BA1E95" w:rsidRDefault="00BA1E95"/>
        </w:tc>
      </w:tr>
      <w:tr w:rsidR="00BA1E95" w14:paraId="59EDECF8" w14:textId="77777777">
        <w:tc>
          <w:tcPr>
            <w:tcW w:w="2628" w:type="dxa"/>
          </w:tcPr>
          <w:p w14:paraId="29FF588F" w14:textId="77777777" w:rsidR="00BA1E95" w:rsidRDefault="00A314D1">
            <w:r>
              <w:rPr>
                <w:b/>
              </w:rPr>
              <w:t>UTR</w:t>
            </w:r>
          </w:p>
        </w:tc>
        <w:tc>
          <w:tcPr>
            <w:tcW w:w="2628" w:type="dxa"/>
            <w:shd w:val="clear" w:color="auto" w:fill="E8F0FE"/>
          </w:tcPr>
          <w:p w14:paraId="43F52471" w14:textId="77777777" w:rsidR="00BA1E95" w:rsidRDefault="00BA1E95"/>
        </w:tc>
        <w:tc>
          <w:tcPr>
            <w:tcW w:w="2628" w:type="dxa"/>
          </w:tcPr>
          <w:p w14:paraId="2E83E043" w14:textId="77777777" w:rsidR="00BA1E95" w:rsidRDefault="00A314D1">
            <w:r>
              <w:rPr>
                <w:b/>
              </w:rPr>
              <w:t>Contract/PO / Site</w:t>
            </w:r>
          </w:p>
        </w:tc>
        <w:tc>
          <w:tcPr>
            <w:tcW w:w="2628" w:type="dxa"/>
            <w:shd w:val="clear" w:color="auto" w:fill="E8F0FE"/>
          </w:tcPr>
          <w:p w14:paraId="143F42AF" w14:textId="77777777" w:rsidR="00BA1E95" w:rsidRDefault="00BA1E95"/>
        </w:tc>
      </w:tr>
      <w:tr w:rsidR="00BA1E95" w14:paraId="03AD0DA7" w14:textId="77777777">
        <w:tc>
          <w:tcPr>
            <w:tcW w:w="2628" w:type="dxa"/>
          </w:tcPr>
          <w:p w14:paraId="17A8C52E" w14:textId="77777777" w:rsidR="00BA1E95" w:rsidRDefault="00A314D1">
            <w:r>
              <w:rPr>
                <w:b/>
              </w:rPr>
              <w:t>VAT registration no. (if any)</w:t>
            </w:r>
          </w:p>
        </w:tc>
        <w:tc>
          <w:tcPr>
            <w:tcW w:w="2628" w:type="dxa"/>
            <w:shd w:val="clear" w:color="auto" w:fill="E8F0FE"/>
          </w:tcPr>
          <w:p w14:paraId="40A13C72" w14:textId="77777777" w:rsidR="00BA1E95" w:rsidRDefault="00BA1E95"/>
        </w:tc>
        <w:tc>
          <w:tcPr>
            <w:tcW w:w="2628" w:type="dxa"/>
          </w:tcPr>
          <w:p w14:paraId="0498A6E0" w14:textId="77777777" w:rsidR="00BA1E95" w:rsidRDefault="00A314D1">
            <w:r>
              <w:rPr>
                <w:b/>
              </w:rPr>
              <w:t>Contact email / AP</w:t>
            </w:r>
          </w:p>
        </w:tc>
        <w:tc>
          <w:tcPr>
            <w:tcW w:w="2628" w:type="dxa"/>
            <w:shd w:val="clear" w:color="auto" w:fill="E8F0FE"/>
          </w:tcPr>
          <w:p w14:paraId="6F46A176" w14:textId="77777777" w:rsidR="00BA1E95" w:rsidRDefault="00BA1E95"/>
        </w:tc>
      </w:tr>
    </w:tbl>
    <w:p w14:paraId="20F174CB" w14:textId="77777777" w:rsidR="00BA1E95" w:rsidRDefault="00BA1E95"/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BA1E95" w14:paraId="031FE6C1" w14:textId="77777777">
        <w:tc>
          <w:tcPr>
            <w:tcW w:w="1752" w:type="dxa"/>
          </w:tcPr>
          <w:p w14:paraId="6A1A6144" w14:textId="77777777" w:rsidR="00BA1E95" w:rsidRDefault="00A314D1">
            <w:r>
              <w:rPr>
                <w:b/>
              </w:rPr>
              <w:t>Invoice number</w:t>
            </w:r>
          </w:p>
        </w:tc>
        <w:tc>
          <w:tcPr>
            <w:tcW w:w="1752" w:type="dxa"/>
            <w:shd w:val="clear" w:color="auto" w:fill="E8F0FE"/>
          </w:tcPr>
          <w:p w14:paraId="11125F86" w14:textId="77777777" w:rsidR="00BA1E95" w:rsidRDefault="00BA1E95"/>
        </w:tc>
        <w:tc>
          <w:tcPr>
            <w:tcW w:w="1752" w:type="dxa"/>
          </w:tcPr>
          <w:p w14:paraId="08E747CA" w14:textId="77777777" w:rsidR="00BA1E95" w:rsidRDefault="00BA1E95"/>
        </w:tc>
        <w:tc>
          <w:tcPr>
            <w:tcW w:w="1752" w:type="dxa"/>
          </w:tcPr>
          <w:p w14:paraId="2BB9B506" w14:textId="77777777" w:rsidR="00BA1E95" w:rsidRDefault="00A314D1">
            <w:r>
              <w:rPr>
                <w:b/>
              </w:rPr>
              <w:t>Invoice date (dd/mm/yyyy)</w:t>
            </w:r>
          </w:p>
        </w:tc>
        <w:tc>
          <w:tcPr>
            <w:tcW w:w="1752" w:type="dxa"/>
            <w:shd w:val="clear" w:color="auto" w:fill="E8F0FE"/>
          </w:tcPr>
          <w:p w14:paraId="0E627A34" w14:textId="77777777" w:rsidR="00BA1E95" w:rsidRDefault="00BA1E95"/>
        </w:tc>
        <w:tc>
          <w:tcPr>
            <w:tcW w:w="1752" w:type="dxa"/>
          </w:tcPr>
          <w:p w14:paraId="72F6DA41" w14:textId="77777777" w:rsidR="00BA1E95" w:rsidRDefault="00BA1E95"/>
        </w:tc>
      </w:tr>
      <w:tr w:rsidR="00BA1E95" w14:paraId="4D543AD0" w14:textId="77777777">
        <w:tc>
          <w:tcPr>
            <w:tcW w:w="1752" w:type="dxa"/>
          </w:tcPr>
          <w:p w14:paraId="79E42665" w14:textId="77777777" w:rsidR="00BA1E95" w:rsidRDefault="00A314D1">
            <w:r>
              <w:rPr>
                <w:b/>
              </w:rPr>
              <w:t>Work period from</w:t>
            </w:r>
          </w:p>
        </w:tc>
        <w:tc>
          <w:tcPr>
            <w:tcW w:w="1752" w:type="dxa"/>
            <w:shd w:val="clear" w:color="auto" w:fill="E8F0FE"/>
          </w:tcPr>
          <w:p w14:paraId="40A1D7F2" w14:textId="77777777" w:rsidR="00BA1E95" w:rsidRDefault="00BA1E95"/>
        </w:tc>
        <w:tc>
          <w:tcPr>
            <w:tcW w:w="1752" w:type="dxa"/>
          </w:tcPr>
          <w:p w14:paraId="1BE63502" w14:textId="77777777" w:rsidR="00BA1E95" w:rsidRDefault="00BA1E95"/>
        </w:tc>
        <w:tc>
          <w:tcPr>
            <w:tcW w:w="1752" w:type="dxa"/>
          </w:tcPr>
          <w:p w14:paraId="698C5C40" w14:textId="77777777" w:rsidR="00BA1E95" w:rsidRDefault="00A314D1">
            <w:r>
              <w:rPr>
                <w:b/>
              </w:rPr>
              <w:t>Work period to</w:t>
            </w:r>
          </w:p>
        </w:tc>
        <w:tc>
          <w:tcPr>
            <w:tcW w:w="1752" w:type="dxa"/>
            <w:shd w:val="clear" w:color="auto" w:fill="E8F0FE"/>
          </w:tcPr>
          <w:p w14:paraId="48BBEAE0" w14:textId="77777777" w:rsidR="00BA1E95" w:rsidRDefault="00BA1E95"/>
        </w:tc>
        <w:tc>
          <w:tcPr>
            <w:tcW w:w="1752" w:type="dxa"/>
          </w:tcPr>
          <w:p w14:paraId="6C2E753B" w14:textId="77777777" w:rsidR="00BA1E95" w:rsidRDefault="00BA1E95"/>
        </w:tc>
      </w:tr>
      <w:tr w:rsidR="00BA1E95" w14:paraId="6E6BA889" w14:textId="77777777">
        <w:tc>
          <w:tcPr>
            <w:tcW w:w="1752" w:type="dxa"/>
          </w:tcPr>
          <w:p w14:paraId="33612A6F" w14:textId="77777777" w:rsidR="00BA1E95" w:rsidRDefault="00A314D1">
            <w:r>
              <w:rPr>
                <w:b/>
              </w:rPr>
              <w:t>CIS status (tick)</w:t>
            </w:r>
          </w:p>
        </w:tc>
        <w:tc>
          <w:tcPr>
            <w:tcW w:w="1752" w:type="dxa"/>
            <w:shd w:val="clear" w:color="auto" w:fill="E8F0FE"/>
          </w:tcPr>
          <w:p w14:paraId="31A5BB3E" w14:textId="77777777" w:rsidR="00BA1E95" w:rsidRDefault="00A314D1">
            <w:r>
              <w:t>☐ Registered (20%)   ☐ Net/Unverified (30%)   ☐ Gross (0%)</w:t>
            </w:r>
          </w:p>
        </w:tc>
        <w:tc>
          <w:tcPr>
            <w:tcW w:w="1752" w:type="dxa"/>
          </w:tcPr>
          <w:p w14:paraId="3E0D07F9" w14:textId="77777777" w:rsidR="00BA1E95" w:rsidRDefault="00BA1E95"/>
        </w:tc>
        <w:tc>
          <w:tcPr>
            <w:tcW w:w="1752" w:type="dxa"/>
          </w:tcPr>
          <w:p w14:paraId="14F7BC1E" w14:textId="77777777" w:rsidR="00BA1E95" w:rsidRDefault="00A314D1">
            <w:r>
              <w:rPr>
                <w:b/>
              </w:rPr>
              <w:t>CIS verification no.</w:t>
            </w:r>
          </w:p>
        </w:tc>
        <w:tc>
          <w:tcPr>
            <w:tcW w:w="1752" w:type="dxa"/>
            <w:shd w:val="clear" w:color="auto" w:fill="E8F0FE"/>
          </w:tcPr>
          <w:p w14:paraId="7EF88A82" w14:textId="77777777" w:rsidR="00BA1E95" w:rsidRDefault="00BA1E95"/>
        </w:tc>
        <w:tc>
          <w:tcPr>
            <w:tcW w:w="1752" w:type="dxa"/>
          </w:tcPr>
          <w:p w14:paraId="1FE6A599" w14:textId="77777777" w:rsidR="00BA1E95" w:rsidRDefault="00BA1E95"/>
        </w:tc>
      </w:tr>
    </w:tbl>
    <w:p w14:paraId="71D464FF" w14:textId="77777777" w:rsidR="00BA1E95" w:rsidRDefault="00A314D1">
      <w:proofErr w:type="spellStart"/>
      <w:r>
        <w:rPr>
          <w:b/>
        </w:rPr>
        <w:t>Labour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BA1E95" w14:paraId="5362E3A6" w14:textId="77777777">
        <w:tc>
          <w:tcPr>
            <w:tcW w:w="1752" w:type="dxa"/>
          </w:tcPr>
          <w:p w14:paraId="7C338A76" w14:textId="77777777" w:rsidR="00BA1E95" w:rsidRDefault="00A314D1">
            <w:r>
              <w:rPr>
                <w:b/>
              </w:rPr>
              <w:t>Date</w:t>
            </w:r>
          </w:p>
        </w:tc>
        <w:tc>
          <w:tcPr>
            <w:tcW w:w="1752" w:type="dxa"/>
          </w:tcPr>
          <w:p w14:paraId="6053CC92" w14:textId="77777777" w:rsidR="00BA1E95" w:rsidRDefault="00A314D1">
            <w:r>
              <w:rPr>
                <w:b/>
              </w:rPr>
              <w:t>Description of labour</w:t>
            </w:r>
          </w:p>
        </w:tc>
        <w:tc>
          <w:tcPr>
            <w:tcW w:w="1752" w:type="dxa"/>
          </w:tcPr>
          <w:p w14:paraId="09DBF90D" w14:textId="77777777" w:rsidR="00BA1E95" w:rsidRDefault="00A314D1">
            <w:r>
              <w:rPr>
                <w:b/>
              </w:rPr>
              <w:t>Hours / Qty</w:t>
            </w:r>
          </w:p>
        </w:tc>
        <w:tc>
          <w:tcPr>
            <w:tcW w:w="1752" w:type="dxa"/>
          </w:tcPr>
          <w:p w14:paraId="56EE0C70" w14:textId="77777777" w:rsidR="00BA1E95" w:rsidRDefault="00A314D1">
            <w:r>
              <w:rPr>
                <w:b/>
              </w:rPr>
              <w:t>Rate (£)</w:t>
            </w:r>
          </w:p>
        </w:tc>
        <w:tc>
          <w:tcPr>
            <w:tcW w:w="1752" w:type="dxa"/>
          </w:tcPr>
          <w:p w14:paraId="055FFEAE" w14:textId="77777777" w:rsidR="00BA1E95" w:rsidRDefault="00A314D1">
            <w:r>
              <w:rPr>
                <w:b/>
              </w:rPr>
              <w:t>Amount (£)</w:t>
            </w:r>
          </w:p>
        </w:tc>
        <w:tc>
          <w:tcPr>
            <w:tcW w:w="1752" w:type="dxa"/>
          </w:tcPr>
          <w:p w14:paraId="4EBA1275" w14:textId="77777777" w:rsidR="00BA1E95" w:rsidRDefault="00A314D1">
            <w:r>
              <w:rPr>
                <w:b/>
              </w:rPr>
              <w:t>Notes</w:t>
            </w:r>
          </w:p>
        </w:tc>
      </w:tr>
      <w:tr w:rsidR="00BA1E95" w14:paraId="78E81D48" w14:textId="77777777">
        <w:tc>
          <w:tcPr>
            <w:tcW w:w="1752" w:type="dxa"/>
            <w:shd w:val="clear" w:color="auto" w:fill="E8F0FE"/>
          </w:tcPr>
          <w:p w14:paraId="13C44CA5" w14:textId="77777777" w:rsidR="00BA1E95" w:rsidRDefault="00BA1E95"/>
        </w:tc>
        <w:tc>
          <w:tcPr>
            <w:tcW w:w="1752" w:type="dxa"/>
            <w:shd w:val="clear" w:color="auto" w:fill="E8F0FE"/>
          </w:tcPr>
          <w:p w14:paraId="6CBD1AA6" w14:textId="77777777" w:rsidR="00BA1E95" w:rsidRDefault="00BA1E95"/>
        </w:tc>
        <w:tc>
          <w:tcPr>
            <w:tcW w:w="1752" w:type="dxa"/>
            <w:shd w:val="clear" w:color="auto" w:fill="E8F0FE"/>
          </w:tcPr>
          <w:p w14:paraId="2DB441CD" w14:textId="77777777" w:rsidR="00BA1E95" w:rsidRDefault="00BA1E95"/>
        </w:tc>
        <w:tc>
          <w:tcPr>
            <w:tcW w:w="1752" w:type="dxa"/>
            <w:shd w:val="clear" w:color="auto" w:fill="E8F0FE"/>
          </w:tcPr>
          <w:p w14:paraId="774D13BC" w14:textId="77777777" w:rsidR="00BA1E95" w:rsidRDefault="00BA1E95"/>
        </w:tc>
        <w:tc>
          <w:tcPr>
            <w:tcW w:w="1752" w:type="dxa"/>
            <w:shd w:val="clear" w:color="auto" w:fill="E8F0FE"/>
          </w:tcPr>
          <w:p w14:paraId="62FB1153" w14:textId="77777777" w:rsidR="00BA1E95" w:rsidRDefault="00BA1E95"/>
        </w:tc>
        <w:tc>
          <w:tcPr>
            <w:tcW w:w="1752" w:type="dxa"/>
            <w:shd w:val="clear" w:color="auto" w:fill="E8F0FE"/>
          </w:tcPr>
          <w:p w14:paraId="54D48B12" w14:textId="77777777" w:rsidR="00BA1E95" w:rsidRDefault="00BA1E95"/>
        </w:tc>
      </w:tr>
      <w:tr w:rsidR="00BA1E95" w14:paraId="7CA59642" w14:textId="77777777">
        <w:tc>
          <w:tcPr>
            <w:tcW w:w="1752" w:type="dxa"/>
            <w:shd w:val="clear" w:color="auto" w:fill="E8F0FE"/>
          </w:tcPr>
          <w:p w14:paraId="7BB85AFF" w14:textId="77777777" w:rsidR="00BA1E95" w:rsidRDefault="00BA1E95"/>
        </w:tc>
        <w:tc>
          <w:tcPr>
            <w:tcW w:w="1752" w:type="dxa"/>
            <w:shd w:val="clear" w:color="auto" w:fill="E8F0FE"/>
          </w:tcPr>
          <w:p w14:paraId="6A87F4FA" w14:textId="77777777" w:rsidR="00BA1E95" w:rsidRDefault="00BA1E95"/>
        </w:tc>
        <w:tc>
          <w:tcPr>
            <w:tcW w:w="1752" w:type="dxa"/>
            <w:shd w:val="clear" w:color="auto" w:fill="E8F0FE"/>
          </w:tcPr>
          <w:p w14:paraId="7CCDFCE6" w14:textId="77777777" w:rsidR="00BA1E95" w:rsidRDefault="00BA1E95"/>
        </w:tc>
        <w:tc>
          <w:tcPr>
            <w:tcW w:w="1752" w:type="dxa"/>
            <w:shd w:val="clear" w:color="auto" w:fill="E8F0FE"/>
          </w:tcPr>
          <w:p w14:paraId="056BFAD8" w14:textId="77777777" w:rsidR="00BA1E95" w:rsidRDefault="00BA1E95"/>
        </w:tc>
        <w:tc>
          <w:tcPr>
            <w:tcW w:w="1752" w:type="dxa"/>
            <w:shd w:val="clear" w:color="auto" w:fill="E8F0FE"/>
          </w:tcPr>
          <w:p w14:paraId="1A82EA8A" w14:textId="77777777" w:rsidR="00BA1E95" w:rsidRDefault="00BA1E95"/>
        </w:tc>
        <w:tc>
          <w:tcPr>
            <w:tcW w:w="1752" w:type="dxa"/>
            <w:shd w:val="clear" w:color="auto" w:fill="E8F0FE"/>
          </w:tcPr>
          <w:p w14:paraId="2B6C8135" w14:textId="77777777" w:rsidR="00BA1E95" w:rsidRDefault="00BA1E95"/>
        </w:tc>
      </w:tr>
      <w:tr w:rsidR="00BA1E95" w14:paraId="5474730B" w14:textId="77777777">
        <w:tc>
          <w:tcPr>
            <w:tcW w:w="1752" w:type="dxa"/>
            <w:shd w:val="clear" w:color="auto" w:fill="E8F0FE"/>
          </w:tcPr>
          <w:p w14:paraId="7782512B" w14:textId="77777777" w:rsidR="00BA1E95" w:rsidRDefault="00BA1E95"/>
        </w:tc>
        <w:tc>
          <w:tcPr>
            <w:tcW w:w="1752" w:type="dxa"/>
            <w:shd w:val="clear" w:color="auto" w:fill="E8F0FE"/>
          </w:tcPr>
          <w:p w14:paraId="5D70CDBD" w14:textId="77777777" w:rsidR="00BA1E95" w:rsidRDefault="00BA1E95"/>
        </w:tc>
        <w:tc>
          <w:tcPr>
            <w:tcW w:w="1752" w:type="dxa"/>
            <w:shd w:val="clear" w:color="auto" w:fill="E8F0FE"/>
          </w:tcPr>
          <w:p w14:paraId="4B91B3E3" w14:textId="77777777" w:rsidR="00BA1E95" w:rsidRDefault="00BA1E95"/>
        </w:tc>
        <w:tc>
          <w:tcPr>
            <w:tcW w:w="1752" w:type="dxa"/>
            <w:shd w:val="clear" w:color="auto" w:fill="E8F0FE"/>
          </w:tcPr>
          <w:p w14:paraId="2FAED858" w14:textId="77777777" w:rsidR="00BA1E95" w:rsidRDefault="00BA1E95"/>
        </w:tc>
        <w:tc>
          <w:tcPr>
            <w:tcW w:w="1752" w:type="dxa"/>
            <w:shd w:val="clear" w:color="auto" w:fill="E8F0FE"/>
          </w:tcPr>
          <w:p w14:paraId="61AE6961" w14:textId="77777777" w:rsidR="00BA1E95" w:rsidRDefault="00BA1E95"/>
        </w:tc>
        <w:tc>
          <w:tcPr>
            <w:tcW w:w="1752" w:type="dxa"/>
            <w:shd w:val="clear" w:color="auto" w:fill="E8F0FE"/>
          </w:tcPr>
          <w:p w14:paraId="7B0D9E07" w14:textId="77777777" w:rsidR="00BA1E95" w:rsidRDefault="00BA1E95"/>
        </w:tc>
      </w:tr>
    </w:tbl>
    <w:p w14:paraId="126E5A9F" w14:textId="77777777" w:rsidR="00BA1E95" w:rsidRDefault="00BA1E95"/>
    <w:p w14:paraId="60E71C1D" w14:textId="77777777" w:rsidR="00A01C37" w:rsidRDefault="00A01C37">
      <w:pPr>
        <w:rPr>
          <w:b/>
        </w:rPr>
      </w:pPr>
    </w:p>
    <w:p w14:paraId="1C341D82" w14:textId="77777777" w:rsidR="00A01C37" w:rsidRDefault="00A01C37" w:rsidP="00A01C37">
      <w:pPr>
        <w:jc w:val="center"/>
        <w:rPr>
          <w:b/>
        </w:rPr>
      </w:pPr>
    </w:p>
    <w:p w14:paraId="2E972F46" w14:textId="1D2E81BE" w:rsidR="00BA1E95" w:rsidRDefault="00A314D1">
      <w:r>
        <w:rPr>
          <w:b/>
        </w:rPr>
        <w:t>Materials / Plant hire / Fuel (CIS does not apply to these)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A1E95" w14:paraId="54B9FBEB" w14:textId="77777777">
        <w:tc>
          <w:tcPr>
            <w:tcW w:w="2628" w:type="dxa"/>
          </w:tcPr>
          <w:p w14:paraId="78FD5C07" w14:textId="77777777" w:rsidR="00BA1E95" w:rsidRDefault="00A314D1">
            <w:r>
              <w:rPr>
                <w:b/>
              </w:rPr>
              <w:lastRenderedPageBreak/>
              <w:t>Date</w:t>
            </w:r>
          </w:p>
        </w:tc>
        <w:tc>
          <w:tcPr>
            <w:tcW w:w="2628" w:type="dxa"/>
          </w:tcPr>
          <w:p w14:paraId="2AC08350" w14:textId="77777777" w:rsidR="00BA1E95" w:rsidRDefault="00A314D1">
            <w:r>
              <w:rPr>
                <w:b/>
              </w:rPr>
              <w:t>Description</w:t>
            </w:r>
          </w:p>
        </w:tc>
        <w:tc>
          <w:tcPr>
            <w:tcW w:w="2628" w:type="dxa"/>
          </w:tcPr>
          <w:p w14:paraId="367A56D3" w14:textId="77777777" w:rsidR="00BA1E95" w:rsidRDefault="00A314D1">
            <w:r>
              <w:rPr>
                <w:b/>
              </w:rPr>
              <w:t>Amount (£)</w:t>
            </w:r>
          </w:p>
        </w:tc>
        <w:tc>
          <w:tcPr>
            <w:tcW w:w="2628" w:type="dxa"/>
          </w:tcPr>
          <w:p w14:paraId="0E61B06D" w14:textId="77777777" w:rsidR="00BA1E95" w:rsidRDefault="00A314D1">
            <w:r>
              <w:rPr>
                <w:b/>
              </w:rPr>
              <w:t>Notes</w:t>
            </w:r>
          </w:p>
        </w:tc>
      </w:tr>
      <w:tr w:rsidR="00BA1E95" w14:paraId="2BCFD815" w14:textId="77777777">
        <w:tc>
          <w:tcPr>
            <w:tcW w:w="2628" w:type="dxa"/>
            <w:shd w:val="clear" w:color="auto" w:fill="E8F0FE"/>
          </w:tcPr>
          <w:p w14:paraId="7E025AA8" w14:textId="77777777" w:rsidR="00BA1E95" w:rsidRDefault="00BA1E95"/>
        </w:tc>
        <w:tc>
          <w:tcPr>
            <w:tcW w:w="2628" w:type="dxa"/>
            <w:shd w:val="clear" w:color="auto" w:fill="E8F0FE"/>
          </w:tcPr>
          <w:p w14:paraId="3B5CDBA3" w14:textId="77777777" w:rsidR="00BA1E95" w:rsidRDefault="00BA1E95"/>
        </w:tc>
        <w:tc>
          <w:tcPr>
            <w:tcW w:w="2628" w:type="dxa"/>
            <w:shd w:val="clear" w:color="auto" w:fill="E8F0FE"/>
          </w:tcPr>
          <w:p w14:paraId="7462D8C0" w14:textId="77777777" w:rsidR="00BA1E95" w:rsidRDefault="00BA1E95"/>
        </w:tc>
        <w:tc>
          <w:tcPr>
            <w:tcW w:w="2628" w:type="dxa"/>
            <w:shd w:val="clear" w:color="auto" w:fill="E8F0FE"/>
          </w:tcPr>
          <w:p w14:paraId="0F22241B" w14:textId="77777777" w:rsidR="00BA1E95" w:rsidRDefault="00BA1E95"/>
        </w:tc>
      </w:tr>
      <w:tr w:rsidR="00BA1E95" w14:paraId="4A1AE5AC" w14:textId="77777777">
        <w:tc>
          <w:tcPr>
            <w:tcW w:w="2628" w:type="dxa"/>
            <w:shd w:val="clear" w:color="auto" w:fill="E8F0FE"/>
          </w:tcPr>
          <w:p w14:paraId="5FA160EA" w14:textId="77777777" w:rsidR="00BA1E95" w:rsidRDefault="00BA1E95"/>
        </w:tc>
        <w:tc>
          <w:tcPr>
            <w:tcW w:w="2628" w:type="dxa"/>
            <w:shd w:val="clear" w:color="auto" w:fill="E8F0FE"/>
          </w:tcPr>
          <w:p w14:paraId="4D0FCF31" w14:textId="77777777" w:rsidR="00BA1E95" w:rsidRDefault="00BA1E95"/>
        </w:tc>
        <w:tc>
          <w:tcPr>
            <w:tcW w:w="2628" w:type="dxa"/>
            <w:shd w:val="clear" w:color="auto" w:fill="E8F0FE"/>
          </w:tcPr>
          <w:p w14:paraId="728C7100" w14:textId="77777777" w:rsidR="00BA1E95" w:rsidRDefault="00BA1E95"/>
        </w:tc>
        <w:tc>
          <w:tcPr>
            <w:tcW w:w="2628" w:type="dxa"/>
            <w:shd w:val="clear" w:color="auto" w:fill="E8F0FE"/>
          </w:tcPr>
          <w:p w14:paraId="10D803EA" w14:textId="77777777" w:rsidR="00BA1E95" w:rsidRDefault="00BA1E95"/>
        </w:tc>
      </w:tr>
    </w:tbl>
    <w:p w14:paraId="04E9E422" w14:textId="77777777" w:rsidR="00BA1E95" w:rsidRDefault="00BA1E95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A1E95" w14:paraId="75394C5C" w14:textId="77777777">
        <w:tc>
          <w:tcPr>
            <w:tcW w:w="2628" w:type="dxa"/>
          </w:tcPr>
          <w:p w14:paraId="1BE1AE5E" w14:textId="77777777" w:rsidR="00BA1E95" w:rsidRDefault="00A314D1">
            <w:proofErr w:type="spellStart"/>
            <w:r>
              <w:rPr>
                <w:b/>
              </w:rPr>
              <w:t>Labour</w:t>
            </w:r>
            <w:proofErr w:type="spellEnd"/>
            <w:r>
              <w:rPr>
                <w:b/>
              </w:rPr>
              <w:t xml:space="preserve"> total (ex VAT)</w:t>
            </w:r>
          </w:p>
        </w:tc>
        <w:tc>
          <w:tcPr>
            <w:tcW w:w="2628" w:type="dxa"/>
            <w:shd w:val="clear" w:color="auto" w:fill="E8F0FE"/>
          </w:tcPr>
          <w:p w14:paraId="3BEB0099" w14:textId="77777777" w:rsidR="00BA1E95" w:rsidRDefault="00BA1E95"/>
        </w:tc>
        <w:tc>
          <w:tcPr>
            <w:tcW w:w="2628" w:type="dxa"/>
          </w:tcPr>
          <w:p w14:paraId="4182CD1E" w14:textId="77777777" w:rsidR="00BA1E95" w:rsidRDefault="00A314D1">
            <w:r>
              <w:rPr>
                <w:b/>
              </w:rPr>
              <w:t>CIS rate (on labour ex VAT)</w:t>
            </w:r>
          </w:p>
        </w:tc>
        <w:tc>
          <w:tcPr>
            <w:tcW w:w="2628" w:type="dxa"/>
            <w:shd w:val="clear" w:color="auto" w:fill="E8F0FE"/>
          </w:tcPr>
          <w:p w14:paraId="5203C214" w14:textId="77777777" w:rsidR="00BA1E95" w:rsidRDefault="00A314D1">
            <w:r>
              <w:t>20% / 30% / 0%</w:t>
            </w:r>
          </w:p>
        </w:tc>
      </w:tr>
      <w:tr w:rsidR="00BA1E95" w14:paraId="5FE1F329" w14:textId="77777777">
        <w:tc>
          <w:tcPr>
            <w:tcW w:w="2628" w:type="dxa"/>
          </w:tcPr>
          <w:p w14:paraId="3233501F" w14:textId="77777777" w:rsidR="00BA1E95" w:rsidRDefault="00A314D1">
            <w:r>
              <w:rPr>
                <w:b/>
              </w:rPr>
              <w:t>Materials/plant/fuel (ex VAT)</w:t>
            </w:r>
          </w:p>
        </w:tc>
        <w:tc>
          <w:tcPr>
            <w:tcW w:w="2628" w:type="dxa"/>
            <w:shd w:val="clear" w:color="auto" w:fill="E8F0FE"/>
          </w:tcPr>
          <w:p w14:paraId="759581E9" w14:textId="77777777" w:rsidR="00BA1E95" w:rsidRDefault="00BA1E95"/>
        </w:tc>
        <w:tc>
          <w:tcPr>
            <w:tcW w:w="2628" w:type="dxa"/>
          </w:tcPr>
          <w:p w14:paraId="03A5C0E2" w14:textId="77777777" w:rsidR="00BA1E95" w:rsidRDefault="00A314D1">
            <w:r>
              <w:rPr>
                <w:b/>
              </w:rPr>
              <w:t>CIS deduction amount</w:t>
            </w:r>
          </w:p>
        </w:tc>
        <w:tc>
          <w:tcPr>
            <w:tcW w:w="2628" w:type="dxa"/>
            <w:shd w:val="clear" w:color="auto" w:fill="E8F0FE"/>
          </w:tcPr>
          <w:p w14:paraId="08E54DAF" w14:textId="77777777" w:rsidR="00BA1E95" w:rsidRDefault="00BA1E95"/>
        </w:tc>
      </w:tr>
      <w:tr w:rsidR="00BA1E95" w14:paraId="2E2D37AB" w14:textId="77777777">
        <w:tc>
          <w:tcPr>
            <w:tcW w:w="2628" w:type="dxa"/>
          </w:tcPr>
          <w:p w14:paraId="7A3A5BC2" w14:textId="77777777" w:rsidR="00BA1E95" w:rsidRDefault="00A314D1">
            <w:r>
              <w:rPr>
                <w:b/>
              </w:rPr>
              <w:t>Subtotal (ex VAT)</w:t>
            </w:r>
          </w:p>
        </w:tc>
        <w:tc>
          <w:tcPr>
            <w:tcW w:w="2628" w:type="dxa"/>
            <w:shd w:val="clear" w:color="auto" w:fill="E8F0FE"/>
          </w:tcPr>
          <w:p w14:paraId="2BDF28F3" w14:textId="77777777" w:rsidR="00BA1E95" w:rsidRDefault="00BA1E95"/>
        </w:tc>
        <w:tc>
          <w:tcPr>
            <w:tcW w:w="2628" w:type="dxa"/>
          </w:tcPr>
          <w:p w14:paraId="2B32B557" w14:textId="77777777" w:rsidR="00BA1E95" w:rsidRDefault="00A314D1">
            <w:r>
              <w:rPr>
                <w:b/>
              </w:rPr>
              <w:t>Gross payable (ex VAT)</w:t>
            </w:r>
          </w:p>
        </w:tc>
        <w:tc>
          <w:tcPr>
            <w:tcW w:w="2628" w:type="dxa"/>
            <w:shd w:val="clear" w:color="auto" w:fill="E8F0FE"/>
          </w:tcPr>
          <w:p w14:paraId="536393E2" w14:textId="77777777" w:rsidR="00BA1E95" w:rsidRDefault="00A314D1">
            <w:r>
              <w:t>= Subtotal</w:t>
            </w:r>
          </w:p>
        </w:tc>
      </w:tr>
      <w:tr w:rsidR="00BA1E95" w14:paraId="4C7AD53E" w14:textId="77777777">
        <w:tc>
          <w:tcPr>
            <w:tcW w:w="2628" w:type="dxa"/>
          </w:tcPr>
          <w:p w14:paraId="17BD6A8C" w14:textId="77777777" w:rsidR="00BA1E95" w:rsidRDefault="00A314D1">
            <w:r>
              <w:rPr>
                <w:b/>
              </w:rPr>
              <w:t>VAT rate (if VAT registered)</w:t>
            </w:r>
          </w:p>
        </w:tc>
        <w:tc>
          <w:tcPr>
            <w:tcW w:w="2628" w:type="dxa"/>
            <w:shd w:val="clear" w:color="auto" w:fill="E8F0FE"/>
          </w:tcPr>
          <w:p w14:paraId="58AD4504" w14:textId="77777777" w:rsidR="00BA1E95" w:rsidRDefault="00A314D1">
            <w:r>
              <w:t>____ %</w:t>
            </w:r>
          </w:p>
        </w:tc>
        <w:tc>
          <w:tcPr>
            <w:tcW w:w="2628" w:type="dxa"/>
          </w:tcPr>
          <w:p w14:paraId="0A3D8139" w14:textId="77777777" w:rsidR="00BA1E95" w:rsidRDefault="00A314D1">
            <w:r>
              <w:rPr>
                <w:b/>
              </w:rPr>
              <w:t>Net payable</w:t>
            </w:r>
          </w:p>
        </w:tc>
        <w:tc>
          <w:tcPr>
            <w:tcW w:w="2628" w:type="dxa"/>
            <w:shd w:val="clear" w:color="auto" w:fill="E8F0FE"/>
          </w:tcPr>
          <w:p w14:paraId="74932838" w14:textId="77777777" w:rsidR="00BA1E95" w:rsidRDefault="00A314D1">
            <w:r>
              <w:t>= Subtotal + VAT − CIS</w:t>
            </w:r>
          </w:p>
        </w:tc>
      </w:tr>
      <w:tr w:rsidR="00BA1E95" w14:paraId="4FCC7AB6" w14:textId="77777777">
        <w:tc>
          <w:tcPr>
            <w:tcW w:w="2628" w:type="dxa"/>
          </w:tcPr>
          <w:p w14:paraId="1F5390C1" w14:textId="77777777" w:rsidR="00BA1E95" w:rsidRDefault="00A314D1">
            <w:r>
              <w:rPr>
                <w:b/>
              </w:rPr>
              <w:t>VAT amount</w:t>
            </w:r>
          </w:p>
        </w:tc>
        <w:tc>
          <w:tcPr>
            <w:tcW w:w="2628" w:type="dxa"/>
            <w:shd w:val="clear" w:color="auto" w:fill="E8F0FE"/>
          </w:tcPr>
          <w:p w14:paraId="63E4FECC" w14:textId="77777777" w:rsidR="00BA1E95" w:rsidRDefault="00BA1E95"/>
        </w:tc>
        <w:tc>
          <w:tcPr>
            <w:tcW w:w="2628" w:type="dxa"/>
          </w:tcPr>
          <w:p w14:paraId="630FCB46" w14:textId="77777777" w:rsidR="00BA1E95" w:rsidRDefault="00A314D1">
            <w:r>
              <w:rPr>
                <w:b/>
              </w:rPr>
              <w:t>Payment due by</w:t>
            </w:r>
          </w:p>
        </w:tc>
        <w:tc>
          <w:tcPr>
            <w:tcW w:w="2628" w:type="dxa"/>
            <w:shd w:val="clear" w:color="auto" w:fill="E8F0FE"/>
          </w:tcPr>
          <w:p w14:paraId="6FF61D3C" w14:textId="77777777" w:rsidR="00BA1E95" w:rsidRDefault="00BA1E95"/>
        </w:tc>
      </w:tr>
      <w:tr w:rsidR="00BA1E95" w14:paraId="10FC95AE" w14:textId="77777777">
        <w:tc>
          <w:tcPr>
            <w:tcW w:w="10512" w:type="dxa"/>
            <w:gridSpan w:val="4"/>
          </w:tcPr>
          <w:p w14:paraId="728C71F4" w14:textId="77777777" w:rsidR="00BA1E95" w:rsidRDefault="00A314D1">
            <w:r>
              <w:t>Note: CIS applies to labour only (excluding materials, plant hire, fuel and VAT). VAT (if applicable) is added to the invoice but is not subject to CIS.</w:t>
            </w:r>
          </w:p>
        </w:tc>
      </w:tr>
    </w:tbl>
    <w:p w14:paraId="34E79D21" w14:textId="77777777" w:rsidR="00BA1E95" w:rsidRDefault="00A314D1">
      <w:r>
        <w:rPr>
          <w:b/>
        </w:rPr>
        <w:t>Payment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A1E95" w14:paraId="37DBA7F7" w14:textId="77777777">
        <w:tc>
          <w:tcPr>
            <w:tcW w:w="2628" w:type="dxa"/>
          </w:tcPr>
          <w:p w14:paraId="3483BE80" w14:textId="77777777" w:rsidR="00BA1E95" w:rsidRDefault="00A314D1">
            <w:r>
              <w:rPr>
                <w:b/>
              </w:rPr>
              <w:t>Bank name</w:t>
            </w:r>
          </w:p>
        </w:tc>
        <w:tc>
          <w:tcPr>
            <w:tcW w:w="2628" w:type="dxa"/>
            <w:shd w:val="clear" w:color="auto" w:fill="E8F0FE"/>
          </w:tcPr>
          <w:p w14:paraId="3D30013A" w14:textId="77777777" w:rsidR="00BA1E95" w:rsidRDefault="00BA1E95"/>
        </w:tc>
        <w:tc>
          <w:tcPr>
            <w:tcW w:w="2628" w:type="dxa"/>
          </w:tcPr>
          <w:p w14:paraId="75ABE7E8" w14:textId="77777777" w:rsidR="00BA1E95" w:rsidRDefault="00A314D1">
            <w:r>
              <w:rPr>
                <w:b/>
              </w:rPr>
              <w:t>Sort code</w:t>
            </w:r>
          </w:p>
        </w:tc>
        <w:tc>
          <w:tcPr>
            <w:tcW w:w="2628" w:type="dxa"/>
            <w:shd w:val="clear" w:color="auto" w:fill="E8F0FE"/>
          </w:tcPr>
          <w:p w14:paraId="5EECA751" w14:textId="77777777" w:rsidR="00BA1E95" w:rsidRDefault="00BA1E95"/>
        </w:tc>
      </w:tr>
      <w:tr w:rsidR="00BA1E95" w14:paraId="65A0C583" w14:textId="77777777">
        <w:tc>
          <w:tcPr>
            <w:tcW w:w="2628" w:type="dxa"/>
          </w:tcPr>
          <w:p w14:paraId="00C78AE5" w14:textId="77777777" w:rsidR="00BA1E95" w:rsidRDefault="00A314D1">
            <w:r>
              <w:rPr>
                <w:b/>
              </w:rPr>
              <w:t>Payment reference (please quote)</w:t>
            </w:r>
          </w:p>
        </w:tc>
        <w:tc>
          <w:tcPr>
            <w:tcW w:w="2628" w:type="dxa"/>
            <w:shd w:val="clear" w:color="auto" w:fill="E8F0FE"/>
          </w:tcPr>
          <w:p w14:paraId="022836B5" w14:textId="77777777" w:rsidR="00BA1E95" w:rsidRDefault="00BA1E95"/>
        </w:tc>
        <w:tc>
          <w:tcPr>
            <w:tcW w:w="2628" w:type="dxa"/>
          </w:tcPr>
          <w:p w14:paraId="5BC7641E" w14:textId="77777777" w:rsidR="00BA1E95" w:rsidRDefault="00BA1E95"/>
        </w:tc>
        <w:tc>
          <w:tcPr>
            <w:tcW w:w="2628" w:type="dxa"/>
          </w:tcPr>
          <w:p w14:paraId="0B58B83D" w14:textId="77777777" w:rsidR="00BA1E95" w:rsidRDefault="00BA1E95"/>
        </w:tc>
      </w:tr>
      <w:tr w:rsidR="00BA1E95" w14:paraId="4C889396" w14:textId="77777777">
        <w:tc>
          <w:tcPr>
            <w:tcW w:w="2628" w:type="dxa"/>
          </w:tcPr>
          <w:p w14:paraId="63C62C1F" w14:textId="77777777" w:rsidR="00BA1E95" w:rsidRDefault="00A314D1">
            <w:r>
              <w:rPr>
                <w:b/>
              </w:rPr>
              <w:t>Payment reference (please quote)</w:t>
            </w:r>
          </w:p>
        </w:tc>
        <w:tc>
          <w:tcPr>
            <w:tcW w:w="2628" w:type="dxa"/>
            <w:shd w:val="clear" w:color="auto" w:fill="E8F0FE"/>
          </w:tcPr>
          <w:p w14:paraId="449792EE" w14:textId="77777777" w:rsidR="00BA1E95" w:rsidRDefault="00BA1E95"/>
        </w:tc>
        <w:tc>
          <w:tcPr>
            <w:tcW w:w="2628" w:type="dxa"/>
          </w:tcPr>
          <w:p w14:paraId="05EC7CFF" w14:textId="77777777" w:rsidR="00BA1E95" w:rsidRDefault="00A314D1">
            <w:r>
              <w:rPr>
                <w:b/>
              </w:rPr>
              <w:t>Remittance email</w:t>
            </w:r>
          </w:p>
        </w:tc>
        <w:tc>
          <w:tcPr>
            <w:tcW w:w="2628" w:type="dxa"/>
            <w:shd w:val="clear" w:color="auto" w:fill="E8F0FE"/>
          </w:tcPr>
          <w:p w14:paraId="5C83EF84" w14:textId="77777777" w:rsidR="00BA1E95" w:rsidRDefault="00BA1E95"/>
        </w:tc>
      </w:tr>
    </w:tbl>
    <w:p w14:paraId="50B32053" w14:textId="77777777" w:rsidR="00BA1E95" w:rsidRDefault="00A314D1">
      <w:r>
        <w:t>For CIS deductions at 20%/30%, please provide a CIS Payment &amp; Deduction Statement each month. For gross status, no CIS should be withheld.</w:t>
      </w:r>
    </w:p>
    <w:p w14:paraId="169C937E" w14:textId="3893BBDB" w:rsidR="00BA1E95" w:rsidRDefault="00A314D1">
      <w:r>
        <w:rPr>
          <w:b/>
        </w:rPr>
        <w:t xml:space="preserve">Remittance Advice </w:t>
      </w:r>
      <w:r>
        <w:rPr>
          <w:i/>
        </w:rPr>
        <w:t>(detach and return with payment)</w:t>
      </w:r>
      <w:r w:rsidR="00A01C37">
        <w:rPr>
          <w:i/>
        </w:rPr>
        <w:t xml:space="preserve"> --------------------------------------------------------------------------------------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A1E95" w14:paraId="1F520EE8" w14:textId="77777777">
        <w:tc>
          <w:tcPr>
            <w:tcW w:w="2628" w:type="dxa"/>
          </w:tcPr>
          <w:p w14:paraId="0FD2F68F" w14:textId="77777777" w:rsidR="00BA1E95" w:rsidRDefault="00A314D1">
            <w:r>
              <w:rPr>
                <w:b/>
              </w:rPr>
              <w:t>Subcontractor</w:t>
            </w:r>
          </w:p>
        </w:tc>
        <w:tc>
          <w:tcPr>
            <w:tcW w:w="2628" w:type="dxa"/>
            <w:shd w:val="clear" w:color="auto" w:fill="E8F0FE"/>
          </w:tcPr>
          <w:p w14:paraId="2B497EC1" w14:textId="77777777" w:rsidR="00BA1E95" w:rsidRDefault="00BA1E95"/>
        </w:tc>
        <w:tc>
          <w:tcPr>
            <w:tcW w:w="2628" w:type="dxa"/>
          </w:tcPr>
          <w:p w14:paraId="3D906B6F" w14:textId="77777777" w:rsidR="00BA1E95" w:rsidRDefault="00A314D1">
            <w:r>
              <w:rPr>
                <w:b/>
              </w:rPr>
              <w:t>Invoice number</w:t>
            </w:r>
          </w:p>
        </w:tc>
        <w:tc>
          <w:tcPr>
            <w:tcW w:w="2628" w:type="dxa"/>
            <w:shd w:val="clear" w:color="auto" w:fill="E8F0FE"/>
          </w:tcPr>
          <w:p w14:paraId="68765970" w14:textId="77777777" w:rsidR="00BA1E95" w:rsidRDefault="00BA1E95"/>
        </w:tc>
      </w:tr>
      <w:tr w:rsidR="00BA1E95" w14:paraId="4F68CBCB" w14:textId="77777777">
        <w:tc>
          <w:tcPr>
            <w:tcW w:w="2628" w:type="dxa"/>
          </w:tcPr>
          <w:p w14:paraId="2A129F5E" w14:textId="77777777" w:rsidR="00BA1E95" w:rsidRDefault="00A314D1">
            <w:r>
              <w:rPr>
                <w:b/>
              </w:rPr>
              <w:t>Invoice date</w:t>
            </w:r>
          </w:p>
        </w:tc>
        <w:tc>
          <w:tcPr>
            <w:tcW w:w="2628" w:type="dxa"/>
            <w:shd w:val="clear" w:color="auto" w:fill="E8F0FE"/>
          </w:tcPr>
          <w:p w14:paraId="27789EC2" w14:textId="77777777" w:rsidR="00BA1E95" w:rsidRDefault="00BA1E95"/>
        </w:tc>
        <w:tc>
          <w:tcPr>
            <w:tcW w:w="2628" w:type="dxa"/>
          </w:tcPr>
          <w:p w14:paraId="596F4880" w14:textId="77777777" w:rsidR="00BA1E95" w:rsidRDefault="00A314D1">
            <w:r>
              <w:rPr>
                <w:b/>
              </w:rPr>
              <w:t>Net payable</w:t>
            </w:r>
          </w:p>
        </w:tc>
        <w:tc>
          <w:tcPr>
            <w:tcW w:w="2628" w:type="dxa"/>
            <w:shd w:val="clear" w:color="auto" w:fill="E8F0FE"/>
          </w:tcPr>
          <w:p w14:paraId="1D3D300B" w14:textId="77777777" w:rsidR="00BA1E95" w:rsidRDefault="00BA1E95"/>
        </w:tc>
      </w:tr>
      <w:tr w:rsidR="00BA1E95" w14:paraId="4665E86C" w14:textId="77777777">
        <w:tc>
          <w:tcPr>
            <w:tcW w:w="2628" w:type="dxa"/>
          </w:tcPr>
          <w:p w14:paraId="025F14A0" w14:textId="77777777" w:rsidR="00BA1E95" w:rsidRDefault="00A314D1">
            <w:r>
              <w:rPr>
                <w:b/>
              </w:rPr>
              <w:t>CIS deducted</w:t>
            </w:r>
          </w:p>
        </w:tc>
        <w:tc>
          <w:tcPr>
            <w:tcW w:w="2628" w:type="dxa"/>
            <w:shd w:val="clear" w:color="auto" w:fill="E8F0FE"/>
          </w:tcPr>
          <w:p w14:paraId="14A6E47E" w14:textId="77777777" w:rsidR="00BA1E95" w:rsidRDefault="00BA1E95"/>
        </w:tc>
        <w:tc>
          <w:tcPr>
            <w:tcW w:w="2628" w:type="dxa"/>
          </w:tcPr>
          <w:p w14:paraId="61986940" w14:textId="77777777" w:rsidR="00BA1E95" w:rsidRDefault="00A314D1">
            <w:r>
              <w:rPr>
                <w:b/>
              </w:rPr>
              <w:t>Payment reference used</w:t>
            </w:r>
          </w:p>
        </w:tc>
        <w:tc>
          <w:tcPr>
            <w:tcW w:w="2628" w:type="dxa"/>
            <w:shd w:val="clear" w:color="auto" w:fill="E8F0FE"/>
          </w:tcPr>
          <w:p w14:paraId="2F0AA4ED" w14:textId="77777777" w:rsidR="00BA1E95" w:rsidRDefault="00BA1E95"/>
        </w:tc>
      </w:tr>
      <w:tr w:rsidR="00BA1E95" w14:paraId="5DCDFF13" w14:textId="77777777">
        <w:tc>
          <w:tcPr>
            <w:tcW w:w="2628" w:type="dxa"/>
          </w:tcPr>
          <w:p w14:paraId="4E924648" w14:textId="77777777" w:rsidR="00BA1E95" w:rsidRDefault="00A314D1">
            <w:r>
              <w:rPr>
                <w:b/>
              </w:rPr>
              <w:t>Paid date</w:t>
            </w:r>
          </w:p>
        </w:tc>
        <w:tc>
          <w:tcPr>
            <w:tcW w:w="2628" w:type="dxa"/>
            <w:shd w:val="clear" w:color="auto" w:fill="E8F0FE"/>
          </w:tcPr>
          <w:p w14:paraId="5C9F2A32" w14:textId="77777777" w:rsidR="00BA1E95" w:rsidRDefault="00BA1E95"/>
        </w:tc>
        <w:tc>
          <w:tcPr>
            <w:tcW w:w="2628" w:type="dxa"/>
          </w:tcPr>
          <w:p w14:paraId="6122AB89" w14:textId="77777777" w:rsidR="00BA1E95" w:rsidRDefault="00A314D1">
            <w:r>
              <w:rPr>
                <w:b/>
              </w:rPr>
              <w:t>Paid amount</w:t>
            </w:r>
          </w:p>
        </w:tc>
        <w:tc>
          <w:tcPr>
            <w:tcW w:w="2628" w:type="dxa"/>
            <w:shd w:val="clear" w:color="auto" w:fill="E8F0FE"/>
          </w:tcPr>
          <w:p w14:paraId="0A1B8BC7" w14:textId="77777777" w:rsidR="00BA1E95" w:rsidRDefault="00BA1E95"/>
        </w:tc>
      </w:tr>
    </w:tbl>
    <w:p w14:paraId="42BF5511" w14:textId="77777777" w:rsidR="00BA1E95" w:rsidRDefault="00BA1E95" w:rsidP="00A01C37"/>
    <w:sectPr w:rsidR="00BA1E95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EC74" w14:textId="77777777" w:rsidR="00043E61" w:rsidRDefault="00043E61" w:rsidP="00A314D1">
      <w:pPr>
        <w:spacing w:after="0" w:line="240" w:lineRule="auto"/>
      </w:pPr>
      <w:r>
        <w:separator/>
      </w:r>
    </w:p>
  </w:endnote>
  <w:endnote w:type="continuationSeparator" w:id="0">
    <w:p w14:paraId="181442E0" w14:textId="77777777" w:rsidR="00043E61" w:rsidRDefault="00043E61" w:rsidP="00A31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605A" w14:textId="3E70C7A7" w:rsidR="00A314D1" w:rsidRDefault="00A314D1" w:rsidP="00A314D1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 w:rsidR="00A01C37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EAAB" w14:textId="77777777" w:rsidR="00043E61" w:rsidRDefault="00043E61" w:rsidP="00A314D1">
      <w:pPr>
        <w:spacing w:after="0" w:line="240" w:lineRule="auto"/>
      </w:pPr>
      <w:r>
        <w:separator/>
      </w:r>
    </w:p>
  </w:footnote>
  <w:footnote w:type="continuationSeparator" w:id="0">
    <w:p w14:paraId="32B02506" w14:textId="77777777" w:rsidR="00043E61" w:rsidRDefault="00043E61" w:rsidP="00A31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1B2E8" w14:textId="296BE4B3" w:rsidR="00A01C37" w:rsidRDefault="00A01C37" w:rsidP="00A01C37">
    <w:pPr>
      <w:pStyle w:val="Header"/>
      <w:jc w:val="center"/>
    </w:pPr>
    <w:r>
      <w:rPr>
        <w:noProof/>
      </w:rPr>
      <w:drawing>
        <wp:inline distT="0" distB="0" distL="0" distR="0" wp14:anchorId="2EE62409" wp14:editId="7C2F57C5">
          <wp:extent cx="3145536" cy="926520"/>
          <wp:effectExtent l="0" t="0" r="0" b="6985"/>
          <wp:docPr id="107635271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35271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82734" cy="93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F2F4C" w14:textId="77777777" w:rsidR="00A01C37" w:rsidRDefault="00A01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6137845">
    <w:abstractNumId w:val="8"/>
  </w:num>
  <w:num w:numId="2" w16cid:durableId="1773813882">
    <w:abstractNumId w:val="6"/>
  </w:num>
  <w:num w:numId="3" w16cid:durableId="2046128538">
    <w:abstractNumId w:val="5"/>
  </w:num>
  <w:num w:numId="4" w16cid:durableId="1445686727">
    <w:abstractNumId w:val="4"/>
  </w:num>
  <w:num w:numId="5" w16cid:durableId="1079138036">
    <w:abstractNumId w:val="7"/>
  </w:num>
  <w:num w:numId="6" w16cid:durableId="89666884">
    <w:abstractNumId w:val="3"/>
  </w:num>
  <w:num w:numId="7" w16cid:durableId="477497565">
    <w:abstractNumId w:val="2"/>
  </w:num>
  <w:num w:numId="8" w16cid:durableId="2087649931">
    <w:abstractNumId w:val="1"/>
  </w:num>
  <w:num w:numId="9" w16cid:durableId="85958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E61"/>
    <w:rsid w:val="0006063C"/>
    <w:rsid w:val="0015074B"/>
    <w:rsid w:val="001E590A"/>
    <w:rsid w:val="0029639D"/>
    <w:rsid w:val="00326F90"/>
    <w:rsid w:val="003B1874"/>
    <w:rsid w:val="00A01C37"/>
    <w:rsid w:val="00A314D1"/>
    <w:rsid w:val="00AA1D8D"/>
    <w:rsid w:val="00B47730"/>
    <w:rsid w:val="00BA1E9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9383241F-5E44-4018-A8A3-BFA09C30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1294</Characters>
  <Application>Microsoft Office Word</Application>
  <DocSecurity>0</DocSecurity>
  <Lines>184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7e5fb27c-a29a-4245-b6d5-2d4e66d49eb7</vt:lpwstr>
  </property>
</Properties>
</file>