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9A58D1" w14:paraId="16977292" w14:textId="77777777">
        <w:tc>
          <w:tcPr>
            <w:tcW w:w="5256" w:type="dxa"/>
          </w:tcPr>
          <w:p w14:paraId="1B73CF65" w14:textId="77777777" w:rsidR="009A58D1" w:rsidRDefault="009A58D1"/>
        </w:tc>
        <w:tc>
          <w:tcPr>
            <w:tcW w:w="5256" w:type="dxa"/>
          </w:tcPr>
          <w:p w14:paraId="44E815C1" w14:textId="2592983A" w:rsidR="009A58D1" w:rsidRDefault="009A58D1"/>
        </w:tc>
      </w:tr>
    </w:tbl>
    <w:p w14:paraId="3264A382" w14:textId="77777777" w:rsidR="009A58D1" w:rsidRDefault="00DA37AA">
      <w:pPr>
        <w:jc w:val="center"/>
      </w:pPr>
      <w:r>
        <w:rPr>
          <w:b/>
          <w:sz w:val="36"/>
        </w:rPr>
        <w:t>COMPANY FORMATION DETAILS FORM (UK)</w:t>
      </w:r>
    </w:p>
    <w:p w14:paraId="59E16DCB" w14:textId="77777777" w:rsidR="009A58D1" w:rsidRDefault="00DA37AA">
      <w:r>
        <w:t>Please complete all relevant sections. Tick boxes as appropriate and attach supporting documents.</w:t>
      </w:r>
    </w:p>
    <w:p w14:paraId="383DEE19" w14:textId="77777777" w:rsidR="009A58D1" w:rsidRDefault="009A58D1"/>
    <w:p w14:paraId="3AE3F765" w14:textId="77777777" w:rsidR="009A58D1" w:rsidRDefault="00DA37AA">
      <w:r>
        <w:rPr>
          <w:b/>
        </w:rPr>
        <w:t>1) Proposed Company Details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9A58D1" w14:paraId="2072C4AF" w14:textId="77777777">
        <w:tc>
          <w:tcPr>
            <w:tcW w:w="2628" w:type="dxa"/>
          </w:tcPr>
          <w:p w14:paraId="5696AE03" w14:textId="77777777" w:rsidR="009A58D1" w:rsidRDefault="00DA37AA">
            <w:r>
              <w:rPr>
                <w:b/>
              </w:rPr>
              <w:t>Choice 1 (exact name incl. Ltd/Limited)</w:t>
            </w:r>
          </w:p>
        </w:tc>
        <w:tc>
          <w:tcPr>
            <w:tcW w:w="2628" w:type="dxa"/>
            <w:shd w:val="clear" w:color="auto" w:fill="E8F0FE"/>
          </w:tcPr>
          <w:p w14:paraId="6D9E9E80" w14:textId="77777777" w:rsidR="009A58D1" w:rsidRDefault="009A58D1"/>
        </w:tc>
        <w:tc>
          <w:tcPr>
            <w:tcW w:w="2628" w:type="dxa"/>
          </w:tcPr>
          <w:p w14:paraId="7933868A" w14:textId="77777777" w:rsidR="009A58D1" w:rsidRDefault="00DA37AA">
            <w:r>
              <w:rPr>
                <w:b/>
              </w:rPr>
              <w:t>Choice 2</w:t>
            </w:r>
          </w:p>
        </w:tc>
        <w:tc>
          <w:tcPr>
            <w:tcW w:w="2628" w:type="dxa"/>
            <w:shd w:val="clear" w:color="auto" w:fill="E8F0FE"/>
          </w:tcPr>
          <w:p w14:paraId="48BD47A8" w14:textId="77777777" w:rsidR="009A58D1" w:rsidRDefault="009A58D1"/>
        </w:tc>
      </w:tr>
      <w:tr w:rsidR="009A58D1" w14:paraId="26526ED0" w14:textId="77777777">
        <w:tc>
          <w:tcPr>
            <w:tcW w:w="2628" w:type="dxa"/>
          </w:tcPr>
          <w:p w14:paraId="6DF04071" w14:textId="77777777" w:rsidR="009A58D1" w:rsidRDefault="00DA37AA">
            <w:r>
              <w:rPr>
                <w:b/>
              </w:rPr>
              <w:t>Choice 3</w:t>
            </w:r>
          </w:p>
        </w:tc>
        <w:tc>
          <w:tcPr>
            <w:tcW w:w="2628" w:type="dxa"/>
            <w:shd w:val="clear" w:color="auto" w:fill="E8F0FE"/>
          </w:tcPr>
          <w:p w14:paraId="34E52B35" w14:textId="77777777" w:rsidR="009A58D1" w:rsidRDefault="009A58D1"/>
        </w:tc>
        <w:tc>
          <w:tcPr>
            <w:tcW w:w="2628" w:type="dxa"/>
          </w:tcPr>
          <w:p w14:paraId="56B76958" w14:textId="77777777" w:rsidR="009A58D1" w:rsidRDefault="00DA37AA">
            <w:r>
              <w:rPr>
                <w:b/>
              </w:rPr>
              <w:t>Trading name (if different)</w:t>
            </w:r>
          </w:p>
        </w:tc>
        <w:tc>
          <w:tcPr>
            <w:tcW w:w="2628" w:type="dxa"/>
            <w:shd w:val="clear" w:color="auto" w:fill="E8F0FE"/>
          </w:tcPr>
          <w:p w14:paraId="55512DAF" w14:textId="77777777" w:rsidR="009A58D1" w:rsidRDefault="009A58D1"/>
        </w:tc>
      </w:tr>
      <w:tr w:rsidR="009A58D1" w14:paraId="061C8826" w14:textId="77777777">
        <w:tc>
          <w:tcPr>
            <w:tcW w:w="2628" w:type="dxa"/>
          </w:tcPr>
          <w:p w14:paraId="4371EC0B" w14:textId="77777777" w:rsidR="009A58D1" w:rsidRDefault="00DA37AA">
            <w:r>
              <w:rPr>
                <w:b/>
              </w:rPr>
              <w:t>Jurisdiction (tick): ☐ England &amp; Wales ☐ Scotland ☐ Northern Ireland</w:t>
            </w:r>
          </w:p>
        </w:tc>
        <w:tc>
          <w:tcPr>
            <w:tcW w:w="2628" w:type="dxa"/>
            <w:shd w:val="clear" w:color="auto" w:fill="E8F0FE"/>
          </w:tcPr>
          <w:p w14:paraId="04792A9B" w14:textId="77777777" w:rsidR="009A58D1" w:rsidRDefault="009A58D1"/>
        </w:tc>
        <w:tc>
          <w:tcPr>
            <w:tcW w:w="2628" w:type="dxa"/>
          </w:tcPr>
          <w:p w14:paraId="37643029" w14:textId="77777777" w:rsidR="009A58D1" w:rsidRDefault="00DA37AA">
            <w:r>
              <w:rPr>
                <w:b/>
              </w:rPr>
              <w:t>Company type: ☐ Private company limited by shares ☐ Other</w:t>
            </w:r>
          </w:p>
        </w:tc>
        <w:tc>
          <w:tcPr>
            <w:tcW w:w="2628" w:type="dxa"/>
            <w:shd w:val="clear" w:color="auto" w:fill="E8F0FE"/>
          </w:tcPr>
          <w:p w14:paraId="1998630C" w14:textId="77777777" w:rsidR="009A58D1" w:rsidRDefault="009A58D1"/>
        </w:tc>
      </w:tr>
      <w:tr w:rsidR="009A58D1" w14:paraId="5CB86061" w14:textId="77777777">
        <w:tc>
          <w:tcPr>
            <w:tcW w:w="2628" w:type="dxa"/>
          </w:tcPr>
          <w:p w14:paraId="0F9FC38B" w14:textId="77777777" w:rsidR="009A58D1" w:rsidRDefault="00DA37AA">
            <w:r>
              <w:rPr>
                <w:b/>
              </w:rPr>
              <w:t>SIC code 1</w:t>
            </w:r>
          </w:p>
        </w:tc>
        <w:tc>
          <w:tcPr>
            <w:tcW w:w="2628" w:type="dxa"/>
            <w:shd w:val="clear" w:color="auto" w:fill="E8F0FE"/>
          </w:tcPr>
          <w:p w14:paraId="7F1D65A3" w14:textId="77777777" w:rsidR="009A58D1" w:rsidRDefault="009A58D1"/>
        </w:tc>
        <w:tc>
          <w:tcPr>
            <w:tcW w:w="2628" w:type="dxa"/>
          </w:tcPr>
          <w:p w14:paraId="25D11C9F" w14:textId="77777777" w:rsidR="009A58D1" w:rsidRDefault="00DA37AA">
            <w:r>
              <w:rPr>
                <w:b/>
              </w:rPr>
              <w:t>SIC code 2</w:t>
            </w:r>
          </w:p>
        </w:tc>
        <w:tc>
          <w:tcPr>
            <w:tcW w:w="2628" w:type="dxa"/>
            <w:shd w:val="clear" w:color="auto" w:fill="E8F0FE"/>
          </w:tcPr>
          <w:p w14:paraId="6243C3B8" w14:textId="77777777" w:rsidR="009A58D1" w:rsidRDefault="009A58D1"/>
        </w:tc>
      </w:tr>
      <w:tr w:rsidR="009A58D1" w14:paraId="46973B2F" w14:textId="77777777">
        <w:tc>
          <w:tcPr>
            <w:tcW w:w="2628" w:type="dxa"/>
          </w:tcPr>
          <w:p w14:paraId="285650B7" w14:textId="77777777" w:rsidR="009A58D1" w:rsidRDefault="00DA37AA">
            <w:r>
              <w:rPr>
                <w:b/>
              </w:rPr>
              <w:t>SIC code 3</w:t>
            </w:r>
          </w:p>
        </w:tc>
        <w:tc>
          <w:tcPr>
            <w:tcW w:w="2628" w:type="dxa"/>
            <w:shd w:val="clear" w:color="auto" w:fill="E8F0FE"/>
          </w:tcPr>
          <w:p w14:paraId="12635067" w14:textId="77777777" w:rsidR="009A58D1" w:rsidRDefault="009A58D1"/>
        </w:tc>
        <w:tc>
          <w:tcPr>
            <w:tcW w:w="2628" w:type="dxa"/>
          </w:tcPr>
          <w:p w14:paraId="071043AE" w14:textId="77777777" w:rsidR="009A58D1" w:rsidRDefault="00DA37AA">
            <w:r>
              <w:rPr>
                <w:b/>
              </w:rPr>
              <w:t>SIC code 4</w:t>
            </w:r>
          </w:p>
        </w:tc>
        <w:tc>
          <w:tcPr>
            <w:tcW w:w="2628" w:type="dxa"/>
            <w:shd w:val="clear" w:color="auto" w:fill="E8F0FE"/>
          </w:tcPr>
          <w:p w14:paraId="16012FE6" w14:textId="77777777" w:rsidR="009A58D1" w:rsidRDefault="009A58D1"/>
        </w:tc>
      </w:tr>
    </w:tbl>
    <w:p w14:paraId="32C64F7E" w14:textId="77777777" w:rsidR="009A58D1" w:rsidRDefault="00DA37AA">
      <w:r>
        <w:t>Business description (what you sell, to whom, and how):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9A58D1" w14:paraId="62DBCA0D" w14:textId="77777777">
        <w:tc>
          <w:tcPr>
            <w:tcW w:w="10512" w:type="dxa"/>
            <w:shd w:val="clear" w:color="auto" w:fill="E8F0FE"/>
          </w:tcPr>
          <w:p w14:paraId="7CE4714E" w14:textId="77777777" w:rsidR="009A58D1" w:rsidRDefault="009A58D1"/>
        </w:tc>
      </w:tr>
      <w:tr w:rsidR="009A58D1" w14:paraId="3B3613B5" w14:textId="77777777">
        <w:tc>
          <w:tcPr>
            <w:tcW w:w="10512" w:type="dxa"/>
            <w:shd w:val="clear" w:color="auto" w:fill="E8F0FE"/>
          </w:tcPr>
          <w:p w14:paraId="24E3335C" w14:textId="77777777" w:rsidR="009A58D1" w:rsidRDefault="009A58D1"/>
        </w:tc>
      </w:tr>
      <w:tr w:rsidR="009A58D1" w14:paraId="7EC1B163" w14:textId="77777777">
        <w:tc>
          <w:tcPr>
            <w:tcW w:w="10512" w:type="dxa"/>
            <w:shd w:val="clear" w:color="auto" w:fill="E8F0FE"/>
          </w:tcPr>
          <w:p w14:paraId="249EE4F1" w14:textId="77777777" w:rsidR="009A58D1" w:rsidRDefault="009A58D1"/>
        </w:tc>
      </w:tr>
    </w:tbl>
    <w:p w14:paraId="67BF19E0" w14:textId="77777777" w:rsidR="009A58D1" w:rsidRDefault="009A58D1"/>
    <w:p w14:paraId="29508A68" w14:textId="77777777" w:rsidR="009A58D1" w:rsidRDefault="00DA37AA">
      <w:r>
        <w:rPr>
          <w:b/>
        </w:rPr>
        <w:t>2) Registered Office &amp; Contact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9A58D1" w14:paraId="4DC09733" w14:textId="77777777">
        <w:tc>
          <w:tcPr>
            <w:tcW w:w="2628" w:type="dxa"/>
          </w:tcPr>
          <w:p w14:paraId="11DA7E11" w14:textId="77777777" w:rsidR="009A58D1" w:rsidRDefault="00DA37AA">
            <w:r>
              <w:rPr>
                <w:b/>
              </w:rPr>
              <w:t>Registered office address (public)</w:t>
            </w:r>
          </w:p>
        </w:tc>
        <w:tc>
          <w:tcPr>
            <w:tcW w:w="2628" w:type="dxa"/>
            <w:shd w:val="clear" w:color="auto" w:fill="E8F0FE"/>
          </w:tcPr>
          <w:p w14:paraId="06231431" w14:textId="77777777" w:rsidR="009A58D1" w:rsidRDefault="009A58D1"/>
        </w:tc>
        <w:tc>
          <w:tcPr>
            <w:tcW w:w="2628" w:type="dxa"/>
          </w:tcPr>
          <w:p w14:paraId="0ACA5041" w14:textId="77777777" w:rsidR="009A58D1" w:rsidRDefault="00DA37AA">
            <w:r>
              <w:rPr>
                <w:b/>
              </w:rPr>
              <w:t>Service address for directors (if different)</w:t>
            </w:r>
          </w:p>
        </w:tc>
        <w:tc>
          <w:tcPr>
            <w:tcW w:w="2628" w:type="dxa"/>
            <w:shd w:val="clear" w:color="auto" w:fill="E8F0FE"/>
          </w:tcPr>
          <w:p w14:paraId="0E7586C9" w14:textId="77777777" w:rsidR="009A58D1" w:rsidRDefault="009A58D1"/>
        </w:tc>
      </w:tr>
      <w:tr w:rsidR="009A58D1" w14:paraId="7D4B5F3B" w14:textId="77777777">
        <w:tc>
          <w:tcPr>
            <w:tcW w:w="2628" w:type="dxa"/>
          </w:tcPr>
          <w:p w14:paraId="7075529F" w14:textId="77777777" w:rsidR="009A58D1" w:rsidRDefault="00DA37AA">
            <w:r>
              <w:rPr>
                <w:b/>
              </w:rPr>
              <w:t>Principal place of business (if different)</w:t>
            </w:r>
          </w:p>
        </w:tc>
        <w:tc>
          <w:tcPr>
            <w:tcW w:w="2628" w:type="dxa"/>
            <w:shd w:val="clear" w:color="auto" w:fill="E8F0FE"/>
          </w:tcPr>
          <w:p w14:paraId="5FEF8875" w14:textId="77777777" w:rsidR="009A58D1" w:rsidRDefault="009A58D1"/>
        </w:tc>
        <w:tc>
          <w:tcPr>
            <w:tcW w:w="2628" w:type="dxa"/>
          </w:tcPr>
          <w:p w14:paraId="0352E386" w14:textId="77777777" w:rsidR="009A58D1" w:rsidRDefault="00DA37AA">
            <w:r>
              <w:rPr>
                <w:b/>
              </w:rPr>
              <w:t>Phone</w:t>
            </w:r>
          </w:p>
        </w:tc>
        <w:tc>
          <w:tcPr>
            <w:tcW w:w="2628" w:type="dxa"/>
            <w:shd w:val="clear" w:color="auto" w:fill="E8F0FE"/>
          </w:tcPr>
          <w:p w14:paraId="1DEF3831" w14:textId="77777777" w:rsidR="009A58D1" w:rsidRDefault="009A58D1"/>
        </w:tc>
      </w:tr>
      <w:tr w:rsidR="009A58D1" w14:paraId="6AED7B45" w14:textId="77777777">
        <w:tc>
          <w:tcPr>
            <w:tcW w:w="2628" w:type="dxa"/>
          </w:tcPr>
          <w:p w14:paraId="4F914A73" w14:textId="77777777" w:rsidR="009A58D1" w:rsidRDefault="00DA37AA">
            <w:r>
              <w:rPr>
                <w:b/>
              </w:rPr>
              <w:t>Contact email (for incorporation certificate)</w:t>
            </w:r>
          </w:p>
        </w:tc>
        <w:tc>
          <w:tcPr>
            <w:tcW w:w="2628" w:type="dxa"/>
            <w:shd w:val="clear" w:color="auto" w:fill="E8F0FE"/>
          </w:tcPr>
          <w:p w14:paraId="13E20CE6" w14:textId="77777777" w:rsidR="009A58D1" w:rsidRDefault="009A58D1"/>
        </w:tc>
        <w:tc>
          <w:tcPr>
            <w:tcW w:w="2628" w:type="dxa"/>
          </w:tcPr>
          <w:p w14:paraId="62159557" w14:textId="77777777" w:rsidR="009A58D1" w:rsidRDefault="00DA37AA">
            <w:r>
              <w:rPr>
                <w:b/>
              </w:rPr>
              <w:t>Alt. contact name &amp; role</w:t>
            </w:r>
          </w:p>
        </w:tc>
        <w:tc>
          <w:tcPr>
            <w:tcW w:w="2628" w:type="dxa"/>
            <w:shd w:val="clear" w:color="auto" w:fill="E8F0FE"/>
          </w:tcPr>
          <w:p w14:paraId="710F16E0" w14:textId="77777777" w:rsidR="009A58D1" w:rsidRDefault="009A58D1"/>
        </w:tc>
      </w:tr>
    </w:tbl>
    <w:p w14:paraId="339EF57C" w14:textId="77777777" w:rsidR="009A58D1" w:rsidRDefault="009A58D1"/>
    <w:p w14:paraId="743C73C8" w14:textId="77777777" w:rsidR="009A58D1" w:rsidRDefault="00DA37AA">
      <w:r>
        <w:rPr>
          <w:b/>
        </w:rPr>
        <w:lastRenderedPageBreak/>
        <w:t>3) Share Capital &amp; Ownership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52"/>
        <w:gridCol w:w="1752"/>
        <w:gridCol w:w="1752"/>
        <w:gridCol w:w="1752"/>
        <w:gridCol w:w="1812"/>
        <w:gridCol w:w="1752"/>
      </w:tblGrid>
      <w:tr w:rsidR="009A58D1" w14:paraId="25E80DD8" w14:textId="77777777">
        <w:tc>
          <w:tcPr>
            <w:tcW w:w="1752" w:type="dxa"/>
          </w:tcPr>
          <w:p w14:paraId="4E32A269" w14:textId="77777777" w:rsidR="009A58D1" w:rsidRDefault="00DA37AA">
            <w:r>
              <w:rPr>
                <w:b/>
              </w:rPr>
              <w:t>Currency</w:t>
            </w:r>
          </w:p>
        </w:tc>
        <w:tc>
          <w:tcPr>
            <w:tcW w:w="1752" w:type="dxa"/>
            <w:shd w:val="clear" w:color="auto" w:fill="E8F0FE"/>
          </w:tcPr>
          <w:p w14:paraId="078D7F93" w14:textId="77777777" w:rsidR="009A58D1" w:rsidRDefault="009A58D1"/>
        </w:tc>
        <w:tc>
          <w:tcPr>
            <w:tcW w:w="1752" w:type="dxa"/>
          </w:tcPr>
          <w:p w14:paraId="5A63CD51" w14:textId="77777777" w:rsidR="009A58D1" w:rsidRDefault="00DA37AA">
            <w:r>
              <w:rPr>
                <w:b/>
              </w:rPr>
              <w:t>Total number of shares</w:t>
            </w:r>
          </w:p>
        </w:tc>
        <w:tc>
          <w:tcPr>
            <w:tcW w:w="1752" w:type="dxa"/>
            <w:shd w:val="clear" w:color="auto" w:fill="E8F0FE"/>
          </w:tcPr>
          <w:p w14:paraId="41C88EFE" w14:textId="77777777" w:rsidR="009A58D1" w:rsidRDefault="009A58D1"/>
        </w:tc>
        <w:tc>
          <w:tcPr>
            <w:tcW w:w="1752" w:type="dxa"/>
          </w:tcPr>
          <w:p w14:paraId="462275B3" w14:textId="77777777" w:rsidR="009A58D1" w:rsidRDefault="00DA37AA">
            <w:r>
              <w:rPr>
                <w:b/>
              </w:rPr>
              <w:t>Nominal value per share</w:t>
            </w:r>
          </w:p>
        </w:tc>
        <w:tc>
          <w:tcPr>
            <w:tcW w:w="1752" w:type="dxa"/>
            <w:shd w:val="clear" w:color="auto" w:fill="E8F0FE"/>
          </w:tcPr>
          <w:p w14:paraId="330A1C2F" w14:textId="77777777" w:rsidR="009A58D1" w:rsidRDefault="009A58D1"/>
        </w:tc>
      </w:tr>
      <w:tr w:rsidR="009A58D1" w14:paraId="7FFB64F4" w14:textId="77777777">
        <w:tc>
          <w:tcPr>
            <w:tcW w:w="1752" w:type="dxa"/>
          </w:tcPr>
          <w:p w14:paraId="5267D7FB" w14:textId="77777777" w:rsidR="009A58D1" w:rsidRDefault="00DA37AA">
            <w:r>
              <w:rPr>
                <w:b/>
              </w:rPr>
              <w:t>Aggregate nominal value</w:t>
            </w:r>
          </w:p>
        </w:tc>
        <w:tc>
          <w:tcPr>
            <w:tcW w:w="1752" w:type="dxa"/>
            <w:shd w:val="clear" w:color="auto" w:fill="E8F0FE"/>
          </w:tcPr>
          <w:p w14:paraId="74D5A115" w14:textId="77777777" w:rsidR="009A58D1" w:rsidRDefault="009A58D1"/>
        </w:tc>
        <w:tc>
          <w:tcPr>
            <w:tcW w:w="1752" w:type="dxa"/>
          </w:tcPr>
          <w:p w14:paraId="429187DB" w14:textId="77777777" w:rsidR="009A58D1" w:rsidRDefault="00DA37AA">
            <w:r>
              <w:rPr>
                <w:b/>
              </w:rPr>
              <w:t>Payment status</w:t>
            </w:r>
          </w:p>
        </w:tc>
        <w:tc>
          <w:tcPr>
            <w:tcW w:w="1752" w:type="dxa"/>
            <w:shd w:val="clear" w:color="auto" w:fill="E8F0FE"/>
          </w:tcPr>
          <w:p w14:paraId="6415C5AE" w14:textId="77777777" w:rsidR="009A58D1" w:rsidRDefault="009A58D1"/>
        </w:tc>
        <w:tc>
          <w:tcPr>
            <w:tcW w:w="1752" w:type="dxa"/>
          </w:tcPr>
          <w:p w14:paraId="324D9E58" w14:textId="77777777" w:rsidR="009A58D1" w:rsidRDefault="00DA37AA">
            <w:r>
              <w:rPr>
                <w:b/>
              </w:rPr>
              <w:t>Deferred/Unpaid?</w:t>
            </w:r>
          </w:p>
        </w:tc>
        <w:tc>
          <w:tcPr>
            <w:tcW w:w="1752" w:type="dxa"/>
            <w:shd w:val="clear" w:color="auto" w:fill="E8F0FE"/>
          </w:tcPr>
          <w:p w14:paraId="66C072A7" w14:textId="77777777" w:rsidR="009A58D1" w:rsidRDefault="009A58D1"/>
        </w:tc>
      </w:tr>
      <w:tr w:rsidR="009A58D1" w14:paraId="418F1CD5" w14:textId="77777777">
        <w:tc>
          <w:tcPr>
            <w:tcW w:w="1752" w:type="dxa"/>
          </w:tcPr>
          <w:p w14:paraId="6A5CE13E" w14:textId="77777777" w:rsidR="009A58D1" w:rsidRDefault="009A58D1"/>
        </w:tc>
        <w:tc>
          <w:tcPr>
            <w:tcW w:w="1752" w:type="dxa"/>
          </w:tcPr>
          <w:p w14:paraId="083A0A6D" w14:textId="77777777" w:rsidR="009A58D1" w:rsidRDefault="009A58D1"/>
        </w:tc>
        <w:tc>
          <w:tcPr>
            <w:tcW w:w="1752" w:type="dxa"/>
          </w:tcPr>
          <w:p w14:paraId="35AEB796" w14:textId="77777777" w:rsidR="009A58D1" w:rsidRDefault="009A58D1"/>
        </w:tc>
        <w:tc>
          <w:tcPr>
            <w:tcW w:w="1752" w:type="dxa"/>
          </w:tcPr>
          <w:p w14:paraId="0AC5D3FB" w14:textId="77777777" w:rsidR="009A58D1" w:rsidRDefault="009A58D1"/>
        </w:tc>
        <w:tc>
          <w:tcPr>
            <w:tcW w:w="1752" w:type="dxa"/>
          </w:tcPr>
          <w:p w14:paraId="6261F988" w14:textId="77777777" w:rsidR="009A58D1" w:rsidRDefault="009A58D1"/>
        </w:tc>
        <w:tc>
          <w:tcPr>
            <w:tcW w:w="1752" w:type="dxa"/>
          </w:tcPr>
          <w:p w14:paraId="63AEBCD5" w14:textId="77777777" w:rsidR="009A58D1" w:rsidRDefault="009A58D1"/>
        </w:tc>
      </w:tr>
    </w:tbl>
    <w:p w14:paraId="2A51EEF9" w14:textId="77777777" w:rsidR="009A58D1" w:rsidRDefault="00DA37AA">
      <w:r>
        <w:t>Share classes (rights):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52"/>
        <w:gridCol w:w="1752"/>
        <w:gridCol w:w="1752"/>
        <w:gridCol w:w="1752"/>
        <w:gridCol w:w="1752"/>
        <w:gridCol w:w="1752"/>
      </w:tblGrid>
      <w:tr w:rsidR="009A58D1" w14:paraId="6442FB4E" w14:textId="77777777">
        <w:tc>
          <w:tcPr>
            <w:tcW w:w="1752" w:type="dxa"/>
          </w:tcPr>
          <w:p w14:paraId="244986E6" w14:textId="77777777" w:rsidR="009A58D1" w:rsidRDefault="00DA37AA">
            <w:r>
              <w:rPr>
                <w:b/>
              </w:rPr>
              <w:t>Class</w:t>
            </w:r>
          </w:p>
        </w:tc>
        <w:tc>
          <w:tcPr>
            <w:tcW w:w="1752" w:type="dxa"/>
          </w:tcPr>
          <w:p w14:paraId="33C8E120" w14:textId="77777777" w:rsidR="009A58D1" w:rsidRDefault="00DA37AA">
            <w:r>
              <w:rPr>
                <w:b/>
              </w:rPr>
              <w:t>Currency</w:t>
            </w:r>
          </w:p>
        </w:tc>
        <w:tc>
          <w:tcPr>
            <w:tcW w:w="1752" w:type="dxa"/>
          </w:tcPr>
          <w:p w14:paraId="3C714B9D" w14:textId="77777777" w:rsidR="009A58D1" w:rsidRDefault="00DA37AA">
            <w:r>
              <w:rPr>
                <w:b/>
              </w:rPr>
              <w:t>Nominal value</w:t>
            </w:r>
          </w:p>
        </w:tc>
        <w:tc>
          <w:tcPr>
            <w:tcW w:w="1752" w:type="dxa"/>
          </w:tcPr>
          <w:p w14:paraId="616E8858" w14:textId="77777777" w:rsidR="009A58D1" w:rsidRDefault="00DA37AA">
            <w:r>
              <w:rPr>
                <w:b/>
              </w:rPr>
              <w:t>Voting rights</w:t>
            </w:r>
          </w:p>
        </w:tc>
        <w:tc>
          <w:tcPr>
            <w:tcW w:w="1752" w:type="dxa"/>
          </w:tcPr>
          <w:p w14:paraId="68718EA7" w14:textId="77777777" w:rsidR="009A58D1" w:rsidRDefault="00DA37AA">
            <w:r>
              <w:rPr>
                <w:b/>
              </w:rPr>
              <w:t>Dividend rights</w:t>
            </w:r>
          </w:p>
        </w:tc>
        <w:tc>
          <w:tcPr>
            <w:tcW w:w="1752" w:type="dxa"/>
          </w:tcPr>
          <w:p w14:paraId="677A9214" w14:textId="77777777" w:rsidR="009A58D1" w:rsidRDefault="00DA37AA">
            <w:r>
              <w:rPr>
                <w:b/>
              </w:rPr>
              <w:t>Redeemable?</w:t>
            </w:r>
          </w:p>
        </w:tc>
      </w:tr>
      <w:tr w:rsidR="009A58D1" w14:paraId="4CC951C8" w14:textId="77777777">
        <w:tc>
          <w:tcPr>
            <w:tcW w:w="1752" w:type="dxa"/>
            <w:shd w:val="clear" w:color="auto" w:fill="E8F0FE"/>
          </w:tcPr>
          <w:p w14:paraId="78AFCAB4" w14:textId="77777777" w:rsidR="009A58D1" w:rsidRDefault="009A58D1"/>
        </w:tc>
        <w:tc>
          <w:tcPr>
            <w:tcW w:w="1752" w:type="dxa"/>
            <w:shd w:val="clear" w:color="auto" w:fill="E8F0FE"/>
          </w:tcPr>
          <w:p w14:paraId="0B0066C3" w14:textId="77777777" w:rsidR="009A58D1" w:rsidRDefault="009A58D1"/>
        </w:tc>
        <w:tc>
          <w:tcPr>
            <w:tcW w:w="1752" w:type="dxa"/>
            <w:shd w:val="clear" w:color="auto" w:fill="E8F0FE"/>
          </w:tcPr>
          <w:p w14:paraId="2972F49F" w14:textId="77777777" w:rsidR="009A58D1" w:rsidRDefault="009A58D1"/>
        </w:tc>
        <w:tc>
          <w:tcPr>
            <w:tcW w:w="1752" w:type="dxa"/>
            <w:shd w:val="clear" w:color="auto" w:fill="E8F0FE"/>
          </w:tcPr>
          <w:p w14:paraId="3A1F50ED" w14:textId="77777777" w:rsidR="009A58D1" w:rsidRDefault="009A58D1"/>
        </w:tc>
        <w:tc>
          <w:tcPr>
            <w:tcW w:w="1752" w:type="dxa"/>
            <w:shd w:val="clear" w:color="auto" w:fill="E8F0FE"/>
          </w:tcPr>
          <w:p w14:paraId="5E7073C8" w14:textId="77777777" w:rsidR="009A58D1" w:rsidRDefault="009A58D1"/>
        </w:tc>
        <w:tc>
          <w:tcPr>
            <w:tcW w:w="1752" w:type="dxa"/>
            <w:shd w:val="clear" w:color="auto" w:fill="E8F0FE"/>
          </w:tcPr>
          <w:p w14:paraId="1B1697C6" w14:textId="77777777" w:rsidR="009A58D1" w:rsidRDefault="009A58D1"/>
        </w:tc>
      </w:tr>
    </w:tbl>
    <w:p w14:paraId="6253511A" w14:textId="77777777" w:rsidR="009A58D1" w:rsidRDefault="00DA37AA">
      <w:r>
        <w:t>Initial shareholders / subscribers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52"/>
        <w:gridCol w:w="1752"/>
        <w:gridCol w:w="1752"/>
        <w:gridCol w:w="1752"/>
        <w:gridCol w:w="1752"/>
        <w:gridCol w:w="1752"/>
      </w:tblGrid>
      <w:tr w:rsidR="009A58D1" w14:paraId="194050C1" w14:textId="77777777">
        <w:tc>
          <w:tcPr>
            <w:tcW w:w="1752" w:type="dxa"/>
          </w:tcPr>
          <w:p w14:paraId="315B3E6B" w14:textId="77777777" w:rsidR="009A58D1" w:rsidRDefault="00DA37AA">
            <w:r>
              <w:rPr>
                <w:b/>
              </w:rPr>
              <w:t>Shareholder name</w:t>
            </w:r>
          </w:p>
        </w:tc>
        <w:tc>
          <w:tcPr>
            <w:tcW w:w="1752" w:type="dxa"/>
          </w:tcPr>
          <w:p w14:paraId="14765EE6" w14:textId="77777777" w:rsidR="009A58D1" w:rsidRDefault="00DA37AA">
            <w:r>
              <w:rPr>
                <w:b/>
              </w:rPr>
              <w:t>Address (service)</w:t>
            </w:r>
          </w:p>
        </w:tc>
        <w:tc>
          <w:tcPr>
            <w:tcW w:w="1752" w:type="dxa"/>
          </w:tcPr>
          <w:p w14:paraId="1C2350BC" w14:textId="77777777" w:rsidR="009A58D1" w:rsidRDefault="00DA37AA">
            <w:r>
              <w:rPr>
                <w:b/>
              </w:rPr>
              <w:t>Class</w:t>
            </w:r>
          </w:p>
        </w:tc>
        <w:tc>
          <w:tcPr>
            <w:tcW w:w="1752" w:type="dxa"/>
          </w:tcPr>
          <w:p w14:paraId="11DCF219" w14:textId="77777777" w:rsidR="009A58D1" w:rsidRDefault="00DA37AA">
            <w:r>
              <w:rPr>
                <w:b/>
              </w:rPr>
              <w:t>No. of shares</w:t>
            </w:r>
          </w:p>
        </w:tc>
        <w:tc>
          <w:tcPr>
            <w:tcW w:w="1752" w:type="dxa"/>
          </w:tcPr>
          <w:p w14:paraId="64406C97" w14:textId="77777777" w:rsidR="009A58D1" w:rsidRDefault="00DA37AA">
            <w:r>
              <w:rPr>
                <w:b/>
              </w:rPr>
              <w:t>Amount paid (£)</w:t>
            </w:r>
          </w:p>
        </w:tc>
        <w:tc>
          <w:tcPr>
            <w:tcW w:w="1752" w:type="dxa"/>
          </w:tcPr>
          <w:p w14:paraId="1692CFF3" w14:textId="77777777" w:rsidR="009A58D1" w:rsidRDefault="00DA37AA">
            <w:r>
              <w:rPr>
                <w:b/>
              </w:rPr>
              <w:t>% ownership</w:t>
            </w:r>
          </w:p>
        </w:tc>
      </w:tr>
      <w:tr w:rsidR="009A58D1" w14:paraId="0EA25C3E" w14:textId="77777777">
        <w:tc>
          <w:tcPr>
            <w:tcW w:w="1752" w:type="dxa"/>
            <w:shd w:val="clear" w:color="auto" w:fill="E8F0FE"/>
          </w:tcPr>
          <w:p w14:paraId="5366CDC9" w14:textId="77777777" w:rsidR="009A58D1" w:rsidRDefault="009A58D1"/>
        </w:tc>
        <w:tc>
          <w:tcPr>
            <w:tcW w:w="1752" w:type="dxa"/>
            <w:shd w:val="clear" w:color="auto" w:fill="E8F0FE"/>
          </w:tcPr>
          <w:p w14:paraId="29F17169" w14:textId="77777777" w:rsidR="009A58D1" w:rsidRDefault="009A58D1"/>
        </w:tc>
        <w:tc>
          <w:tcPr>
            <w:tcW w:w="1752" w:type="dxa"/>
            <w:shd w:val="clear" w:color="auto" w:fill="E8F0FE"/>
          </w:tcPr>
          <w:p w14:paraId="2E98975F" w14:textId="77777777" w:rsidR="009A58D1" w:rsidRDefault="009A58D1"/>
        </w:tc>
        <w:tc>
          <w:tcPr>
            <w:tcW w:w="1752" w:type="dxa"/>
            <w:shd w:val="clear" w:color="auto" w:fill="E8F0FE"/>
          </w:tcPr>
          <w:p w14:paraId="2EF3E344" w14:textId="77777777" w:rsidR="009A58D1" w:rsidRDefault="009A58D1"/>
        </w:tc>
        <w:tc>
          <w:tcPr>
            <w:tcW w:w="1752" w:type="dxa"/>
            <w:shd w:val="clear" w:color="auto" w:fill="E8F0FE"/>
          </w:tcPr>
          <w:p w14:paraId="5D6273AE" w14:textId="77777777" w:rsidR="009A58D1" w:rsidRDefault="009A58D1"/>
        </w:tc>
        <w:tc>
          <w:tcPr>
            <w:tcW w:w="1752" w:type="dxa"/>
            <w:shd w:val="clear" w:color="auto" w:fill="E8F0FE"/>
          </w:tcPr>
          <w:p w14:paraId="24FCBB18" w14:textId="77777777" w:rsidR="009A58D1" w:rsidRDefault="009A58D1"/>
        </w:tc>
      </w:tr>
      <w:tr w:rsidR="009A58D1" w14:paraId="06873978" w14:textId="77777777">
        <w:tc>
          <w:tcPr>
            <w:tcW w:w="1752" w:type="dxa"/>
            <w:shd w:val="clear" w:color="auto" w:fill="E8F0FE"/>
          </w:tcPr>
          <w:p w14:paraId="05B965CF" w14:textId="77777777" w:rsidR="009A58D1" w:rsidRDefault="009A58D1"/>
        </w:tc>
        <w:tc>
          <w:tcPr>
            <w:tcW w:w="1752" w:type="dxa"/>
            <w:shd w:val="clear" w:color="auto" w:fill="E8F0FE"/>
          </w:tcPr>
          <w:p w14:paraId="34835AEA" w14:textId="77777777" w:rsidR="009A58D1" w:rsidRDefault="009A58D1"/>
        </w:tc>
        <w:tc>
          <w:tcPr>
            <w:tcW w:w="1752" w:type="dxa"/>
            <w:shd w:val="clear" w:color="auto" w:fill="E8F0FE"/>
          </w:tcPr>
          <w:p w14:paraId="2E439D00" w14:textId="77777777" w:rsidR="009A58D1" w:rsidRDefault="009A58D1"/>
        </w:tc>
        <w:tc>
          <w:tcPr>
            <w:tcW w:w="1752" w:type="dxa"/>
            <w:shd w:val="clear" w:color="auto" w:fill="E8F0FE"/>
          </w:tcPr>
          <w:p w14:paraId="72EAC23E" w14:textId="77777777" w:rsidR="009A58D1" w:rsidRDefault="009A58D1"/>
        </w:tc>
        <w:tc>
          <w:tcPr>
            <w:tcW w:w="1752" w:type="dxa"/>
            <w:shd w:val="clear" w:color="auto" w:fill="E8F0FE"/>
          </w:tcPr>
          <w:p w14:paraId="332ABC09" w14:textId="77777777" w:rsidR="009A58D1" w:rsidRDefault="009A58D1"/>
        </w:tc>
        <w:tc>
          <w:tcPr>
            <w:tcW w:w="1752" w:type="dxa"/>
            <w:shd w:val="clear" w:color="auto" w:fill="E8F0FE"/>
          </w:tcPr>
          <w:p w14:paraId="097C7453" w14:textId="77777777" w:rsidR="009A58D1" w:rsidRDefault="009A58D1"/>
        </w:tc>
      </w:tr>
    </w:tbl>
    <w:p w14:paraId="0CB4759B" w14:textId="77777777" w:rsidR="009A58D1" w:rsidRDefault="009A58D1"/>
    <w:p w14:paraId="021079F4" w14:textId="77777777" w:rsidR="009A58D1" w:rsidRDefault="00DA37AA">
      <w:r>
        <w:rPr>
          <w:b/>
        </w:rPr>
        <w:t>4) Directors (copy this block for additional directors)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9A58D1" w14:paraId="0F820E95" w14:textId="77777777">
        <w:tc>
          <w:tcPr>
            <w:tcW w:w="2628" w:type="dxa"/>
          </w:tcPr>
          <w:p w14:paraId="4D23336C" w14:textId="77777777" w:rsidR="009A58D1" w:rsidRDefault="00DA37AA">
            <w:r>
              <w:rPr>
                <w:b/>
              </w:rPr>
              <w:t>Full name (as on ID)</w:t>
            </w:r>
          </w:p>
        </w:tc>
        <w:tc>
          <w:tcPr>
            <w:tcW w:w="2628" w:type="dxa"/>
            <w:shd w:val="clear" w:color="auto" w:fill="E8F0FE"/>
          </w:tcPr>
          <w:p w14:paraId="5A788F66" w14:textId="77777777" w:rsidR="009A58D1" w:rsidRDefault="009A58D1"/>
        </w:tc>
        <w:tc>
          <w:tcPr>
            <w:tcW w:w="2628" w:type="dxa"/>
          </w:tcPr>
          <w:p w14:paraId="5E2232BD" w14:textId="77777777" w:rsidR="009A58D1" w:rsidRDefault="00DA37AA">
            <w:r>
              <w:rPr>
                <w:b/>
              </w:rPr>
              <w:t>Former names (if any)</w:t>
            </w:r>
          </w:p>
        </w:tc>
        <w:tc>
          <w:tcPr>
            <w:tcW w:w="2628" w:type="dxa"/>
            <w:shd w:val="clear" w:color="auto" w:fill="E8F0FE"/>
          </w:tcPr>
          <w:p w14:paraId="61017212" w14:textId="77777777" w:rsidR="009A58D1" w:rsidRDefault="009A58D1"/>
        </w:tc>
      </w:tr>
      <w:tr w:rsidR="009A58D1" w14:paraId="1990B3BD" w14:textId="77777777">
        <w:tc>
          <w:tcPr>
            <w:tcW w:w="2628" w:type="dxa"/>
          </w:tcPr>
          <w:p w14:paraId="0B762F24" w14:textId="77777777" w:rsidR="009A58D1" w:rsidRDefault="00DA37AA">
            <w:r>
              <w:rPr>
                <w:b/>
              </w:rPr>
              <w:t>Date of birth (dd/mm/yyyy)</w:t>
            </w:r>
          </w:p>
        </w:tc>
        <w:tc>
          <w:tcPr>
            <w:tcW w:w="2628" w:type="dxa"/>
            <w:shd w:val="clear" w:color="auto" w:fill="E8F0FE"/>
          </w:tcPr>
          <w:p w14:paraId="4FFB36B8" w14:textId="77777777" w:rsidR="009A58D1" w:rsidRDefault="009A58D1"/>
        </w:tc>
        <w:tc>
          <w:tcPr>
            <w:tcW w:w="2628" w:type="dxa"/>
          </w:tcPr>
          <w:p w14:paraId="736F04FC" w14:textId="77777777" w:rsidR="009A58D1" w:rsidRDefault="00DA37AA">
            <w:r>
              <w:rPr>
                <w:b/>
              </w:rPr>
              <w:t>Nationality</w:t>
            </w:r>
          </w:p>
        </w:tc>
        <w:tc>
          <w:tcPr>
            <w:tcW w:w="2628" w:type="dxa"/>
            <w:shd w:val="clear" w:color="auto" w:fill="E8F0FE"/>
          </w:tcPr>
          <w:p w14:paraId="051F3714" w14:textId="77777777" w:rsidR="009A58D1" w:rsidRDefault="009A58D1"/>
        </w:tc>
      </w:tr>
      <w:tr w:rsidR="009A58D1" w14:paraId="3CFD3E6C" w14:textId="77777777">
        <w:tc>
          <w:tcPr>
            <w:tcW w:w="2628" w:type="dxa"/>
          </w:tcPr>
          <w:p w14:paraId="5F4C1959" w14:textId="77777777" w:rsidR="009A58D1" w:rsidRDefault="00DA37AA">
            <w:r>
              <w:rPr>
                <w:b/>
              </w:rPr>
              <w:t>Occupation</w:t>
            </w:r>
          </w:p>
        </w:tc>
        <w:tc>
          <w:tcPr>
            <w:tcW w:w="2628" w:type="dxa"/>
            <w:shd w:val="clear" w:color="auto" w:fill="E8F0FE"/>
          </w:tcPr>
          <w:p w14:paraId="0575544F" w14:textId="77777777" w:rsidR="009A58D1" w:rsidRDefault="009A58D1"/>
        </w:tc>
        <w:tc>
          <w:tcPr>
            <w:tcW w:w="2628" w:type="dxa"/>
          </w:tcPr>
          <w:p w14:paraId="01302089" w14:textId="77777777" w:rsidR="009A58D1" w:rsidRDefault="00DA37AA">
            <w:r>
              <w:rPr>
                <w:b/>
              </w:rPr>
              <w:t>Country of residence</w:t>
            </w:r>
          </w:p>
        </w:tc>
        <w:tc>
          <w:tcPr>
            <w:tcW w:w="2628" w:type="dxa"/>
            <w:shd w:val="clear" w:color="auto" w:fill="E8F0FE"/>
          </w:tcPr>
          <w:p w14:paraId="2E5CE656" w14:textId="77777777" w:rsidR="009A58D1" w:rsidRDefault="009A58D1"/>
        </w:tc>
      </w:tr>
      <w:tr w:rsidR="009A58D1" w14:paraId="23D90380" w14:textId="77777777">
        <w:tc>
          <w:tcPr>
            <w:tcW w:w="2628" w:type="dxa"/>
          </w:tcPr>
          <w:p w14:paraId="5A5077A8" w14:textId="77777777" w:rsidR="009A58D1" w:rsidRDefault="00DA37AA">
            <w:r>
              <w:rPr>
                <w:b/>
              </w:rPr>
              <w:t>Usual residential address (not public)</w:t>
            </w:r>
          </w:p>
        </w:tc>
        <w:tc>
          <w:tcPr>
            <w:tcW w:w="2628" w:type="dxa"/>
            <w:shd w:val="clear" w:color="auto" w:fill="E8F0FE"/>
          </w:tcPr>
          <w:p w14:paraId="5C0B5606" w14:textId="77777777" w:rsidR="009A58D1" w:rsidRDefault="009A58D1"/>
        </w:tc>
        <w:tc>
          <w:tcPr>
            <w:tcW w:w="2628" w:type="dxa"/>
          </w:tcPr>
          <w:p w14:paraId="39F016E5" w14:textId="77777777" w:rsidR="009A58D1" w:rsidRDefault="00DA37AA">
            <w:r>
              <w:rPr>
                <w:b/>
              </w:rPr>
              <w:t>Service address (public)</w:t>
            </w:r>
          </w:p>
        </w:tc>
        <w:tc>
          <w:tcPr>
            <w:tcW w:w="2628" w:type="dxa"/>
            <w:shd w:val="clear" w:color="auto" w:fill="E8F0FE"/>
          </w:tcPr>
          <w:p w14:paraId="4AAB2C8D" w14:textId="77777777" w:rsidR="009A58D1" w:rsidRDefault="009A58D1"/>
        </w:tc>
      </w:tr>
      <w:tr w:rsidR="009A58D1" w14:paraId="51D7D149" w14:textId="77777777">
        <w:tc>
          <w:tcPr>
            <w:tcW w:w="2628" w:type="dxa"/>
          </w:tcPr>
          <w:p w14:paraId="57681D04" w14:textId="77777777" w:rsidR="009A58D1" w:rsidRDefault="00DA37AA">
            <w:r>
              <w:rPr>
                <w:b/>
              </w:rPr>
              <w:t>Email / Phone</w:t>
            </w:r>
          </w:p>
        </w:tc>
        <w:tc>
          <w:tcPr>
            <w:tcW w:w="2628" w:type="dxa"/>
            <w:shd w:val="clear" w:color="auto" w:fill="E8F0FE"/>
          </w:tcPr>
          <w:p w14:paraId="502E0249" w14:textId="77777777" w:rsidR="009A58D1" w:rsidRDefault="009A58D1"/>
        </w:tc>
        <w:tc>
          <w:tcPr>
            <w:tcW w:w="2628" w:type="dxa"/>
          </w:tcPr>
          <w:p w14:paraId="101A9093" w14:textId="77777777" w:rsidR="009A58D1" w:rsidRDefault="00DA37AA">
            <w:r>
              <w:rPr>
                <w:b/>
              </w:rPr>
              <w:t>Consent to act (tick): ☐ Yes</w:t>
            </w:r>
          </w:p>
        </w:tc>
        <w:tc>
          <w:tcPr>
            <w:tcW w:w="2628" w:type="dxa"/>
            <w:shd w:val="clear" w:color="auto" w:fill="E8F0FE"/>
          </w:tcPr>
          <w:p w14:paraId="66291A03" w14:textId="77777777" w:rsidR="009A58D1" w:rsidRDefault="009A58D1"/>
        </w:tc>
      </w:tr>
    </w:tbl>
    <w:p w14:paraId="5F84C272" w14:textId="77777777" w:rsidR="009A58D1" w:rsidRDefault="009A58D1"/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9A58D1" w14:paraId="1CFA6BA1" w14:textId="77777777">
        <w:tc>
          <w:tcPr>
            <w:tcW w:w="2628" w:type="dxa"/>
          </w:tcPr>
          <w:p w14:paraId="032482F5" w14:textId="77777777" w:rsidR="009A58D1" w:rsidRDefault="00DA37AA">
            <w:r>
              <w:rPr>
                <w:b/>
              </w:rPr>
              <w:t>Full name (as on ID)</w:t>
            </w:r>
          </w:p>
        </w:tc>
        <w:tc>
          <w:tcPr>
            <w:tcW w:w="2628" w:type="dxa"/>
            <w:shd w:val="clear" w:color="auto" w:fill="E8F0FE"/>
          </w:tcPr>
          <w:p w14:paraId="2AC0A7EE" w14:textId="77777777" w:rsidR="009A58D1" w:rsidRDefault="009A58D1"/>
        </w:tc>
        <w:tc>
          <w:tcPr>
            <w:tcW w:w="2628" w:type="dxa"/>
          </w:tcPr>
          <w:p w14:paraId="3BF70E69" w14:textId="77777777" w:rsidR="009A58D1" w:rsidRDefault="00DA37AA">
            <w:r>
              <w:rPr>
                <w:b/>
              </w:rPr>
              <w:t>Former names (if any)</w:t>
            </w:r>
          </w:p>
        </w:tc>
        <w:tc>
          <w:tcPr>
            <w:tcW w:w="2628" w:type="dxa"/>
            <w:shd w:val="clear" w:color="auto" w:fill="E8F0FE"/>
          </w:tcPr>
          <w:p w14:paraId="0FF09E6D" w14:textId="77777777" w:rsidR="009A58D1" w:rsidRDefault="009A58D1"/>
        </w:tc>
      </w:tr>
      <w:tr w:rsidR="009A58D1" w14:paraId="6A50B7E5" w14:textId="77777777">
        <w:tc>
          <w:tcPr>
            <w:tcW w:w="2628" w:type="dxa"/>
          </w:tcPr>
          <w:p w14:paraId="4DFFC386" w14:textId="77777777" w:rsidR="009A58D1" w:rsidRDefault="00DA37AA">
            <w:r>
              <w:rPr>
                <w:b/>
              </w:rPr>
              <w:t xml:space="preserve">Date of birth </w:t>
            </w:r>
            <w:r>
              <w:rPr>
                <w:b/>
              </w:rPr>
              <w:lastRenderedPageBreak/>
              <w:t>(dd/mm/yyyy)</w:t>
            </w:r>
          </w:p>
        </w:tc>
        <w:tc>
          <w:tcPr>
            <w:tcW w:w="2628" w:type="dxa"/>
            <w:shd w:val="clear" w:color="auto" w:fill="E8F0FE"/>
          </w:tcPr>
          <w:p w14:paraId="67FCC2D2" w14:textId="77777777" w:rsidR="009A58D1" w:rsidRDefault="009A58D1"/>
        </w:tc>
        <w:tc>
          <w:tcPr>
            <w:tcW w:w="2628" w:type="dxa"/>
          </w:tcPr>
          <w:p w14:paraId="66CAD5A4" w14:textId="77777777" w:rsidR="009A58D1" w:rsidRDefault="00DA37AA">
            <w:r>
              <w:rPr>
                <w:b/>
              </w:rPr>
              <w:t>Nationality</w:t>
            </w:r>
          </w:p>
        </w:tc>
        <w:tc>
          <w:tcPr>
            <w:tcW w:w="2628" w:type="dxa"/>
            <w:shd w:val="clear" w:color="auto" w:fill="E8F0FE"/>
          </w:tcPr>
          <w:p w14:paraId="0E72EF3D" w14:textId="77777777" w:rsidR="009A58D1" w:rsidRDefault="009A58D1"/>
        </w:tc>
      </w:tr>
      <w:tr w:rsidR="009A58D1" w14:paraId="73D7E458" w14:textId="77777777">
        <w:tc>
          <w:tcPr>
            <w:tcW w:w="2628" w:type="dxa"/>
          </w:tcPr>
          <w:p w14:paraId="35ABC9FF" w14:textId="77777777" w:rsidR="009A58D1" w:rsidRDefault="00DA37AA">
            <w:r>
              <w:rPr>
                <w:b/>
              </w:rPr>
              <w:t>Occupation</w:t>
            </w:r>
          </w:p>
        </w:tc>
        <w:tc>
          <w:tcPr>
            <w:tcW w:w="2628" w:type="dxa"/>
            <w:shd w:val="clear" w:color="auto" w:fill="E8F0FE"/>
          </w:tcPr>
          <w:p w14:paraId="1A711481" w14:textId="77777777" w:rsidR="009A58D1" w:rsidRDefault="009A58D1"/>
        </w:tc>
        <w:tc>
          <w:tcPr>
            <w:tcW w:w="2628" w:type="dxa"/>
          </w:tcPr>
          <w:p w14:paraId="7F2C5CAB" w14:textId="77777777" w:rsidR="009A58D1" w:rsidRDefault="00DA37AA">
            <w:r>
              <w:rPr>
                <w:b/>
              </w:rPr>
              <w:t>Country of residence</w:t>
            </w:r>
          </w:p>
        </w:tc>
        <w:tc>
          <w:tcPr>
            <w:tcW w:w="2628" w:type="dxa"/>
            <w:shd w:val="clear" w:color="auto" w:fill="E8F0FE"/>
          </w:tcPr>
          <w:p w14:paraId="63EC1B15" w14:textId="77777777" w:rsidR="009A58D1" w:rsidRDefault="009A58D1"/>
        </w:tc>
      </w:tr>
      <w:tr w:rsidR="009A58D1" w14:paraId="00932B30" w14:textId="77777777">
        <w:tc>
          <w:tcPr>
            <w:tcW w:w="2628" w:type="dxa"/>
          </w:tcPr>
          <w:p w14:paraId="3C5FFD81" w14:textId="77777777" w:rsidR="009A58D1" w:rsidRDefault="00DA37AA">
            <w:r>
              <w:rPr>
                <w:b/>
              </w:rPr>
              <w:t>Usual residential address (not public)</w:t>
            </w:r>
          </w:p>
        </w:tc>
        <w:tc>
          <w:tcPr>
            <w:tcW w:w="2628" w:type="dxa"/>
            <w:shd w:val="clear" w:color="auto" w:fill="E8F0FE"/>
          </w:tcPr>
          <w:p w14:paraId="498D0951" w14:textId="77777777" w:rsidR="009A58D1" w:rsidRDefault="009A58D1"/>
        </w:tc>
        <w:tc>
          <w:tcPr>
            <w:tcW w:w="2628" w:type="dxa"/>
          </w:tcPr>
          <w:p w14:paraId="42AB3EE5" w14:textId="77777777" w:rsidR="009A58D1" w:rsidRDefault="00DA37AA">
            <w:r>
              <w:rPr>
                <w:b/>
              </w:rPr>
              <w:t>Service address (public)</w:t>
            </w:r>
          </w:p>
        </w:tc>
        <w:tc>
          <w:tcPr>
            <w:tcW w:w="2628" w:type="dxa"/>
            <w:shd w:val="clear" w:color="auto" w:fill="E8F0FE"/>
          </w:tcPr>
          <w:p w14:paraId="3E98A232" w14:textId="77777777" w:rsidR="009A58D1" w:rsidRDefault="009A58D1"/>
        </w:tc>
      </w:tr>
      <w:tr w:rsidR="009A58D1" w14:paraId="1EE6B1B3" w14:textId="77777777">
        <w:tc>
          <w:tcPr>
            <w:tcW w:w="2628" w:type="dxa"/>
          </w:tcPr>
          <w:p w14:paraId="28EC8DCE" w14:textId="77777777" w:rsidR="009A58D1" w:rsidRDefault="00DA37AA">
            <w:r>
              <w:rPr>
                <w:b/>
              </w:rPr>
              <w:t>Email / Phone</w:t>
            </w:r>
          </w:p>
        </w:tc>
        <w:tc>
          <w:tcPr>
            <w:tcW w:w="2628" w:type="dxa"/>
            <w:shd w:val="clear" w:color="auto" w:fill="E8F0FE"/>
          </w:tcPr>
          <w:p w14:paraId="1608E89D" w14:textId="77777777" w:rsidR="009A58D1" w:rsidRDefault="009A58D1"/>
        </w:tc>
        <w:tc>
          <w:tcPr>
            <w:tcW w:w="2628" w:type="dxa"/>
          </w:tcPr>
          <w:p w14:paraId="6ED086AB" w14:textId="77777777" w:rsidR="009A58D1" w:rsidRDefault="00DA37AA">
            <w:r>
              <w:rPr>
                <w:b/>
              </w:rPr>
              <w:t>Consent to act (tick): ☐ Yes</w:t>
            </w:r>
          </w:p>
        </w:tc>
        <w:tc>
          <w:tcPr>
            <w:tcW w:w="2628" w:type="dxa"/>
            <w:shd w:val="clear" w:color="auto" w:fill="E8F0FE"/>
          </w:tcPr>
          <w:p w14:paraId="50CB3615" w14:textId="77777777" w:rsidR="009A58D1" w:rsidRDefault="009A58D1"/>
        </w:tc>
      </w:tr>
    </w:tbl>
    <w:p w14:paraId="133BF35A" w14:textId="77777777" w:rsidR="009A58D1" w:rsidRDefault="009A58D1"/>
    <w:p w14:paraId="7DF37691" w14:textId="77777777" w:rsidR="009A58D1" w:rsidRDefault="00DA37AA">
      <w:r>
        <w:rPr>
          <w:b/>
        </w:rPr>
        <w:t>5) Persons with Significant Control (PSCs)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9A58D1" w14:paraId="349F4A5B" w14:textId="77777777">
        <w:tc>
          <w:tcPr>
            <w:tcW w:w="2628" w:type="dxa"/>
          </w:tcPr>
          <w:p w14:paraId="0018A5B2" w14:textId="77777777" w:rsidR="009A58D1" w:rsidRDefault="00DA37AA">
            <w:r>
              <w:rPr>
                <w:b/>
              </w:rPr>
              <w:t>Full name / Entity name</w:t>
            </w:r>
          </w:p>
        </w:tc>
        <w:tc>
          <w:tcPr>
            <w:tcW w:w="2628" w:type="dxa"/>
            <w:shd w:val="clear" w:color="auto" w:fill="E8F0FE"/>
          </w:tcPr>
          <w:p w14:paraId="4C994B72" w14:textId="77777777" w:rsidR="009A58D1" w:rsidRDefault="009A58D1"/>
        </w:tc>
        <w:tc>
          <w:tcPr>
            <w:tcW w:w="2628" w:type="dxa"/>
          </w:tcPr>
          <w:p w14:paraId="2FF02D95" w14:textId="77777777" w:rsidR="009A58D1" w:rsidRDefault="00DA37AA">
            <w:r>
              <w:rPr>
                <w:b/>
              </w:rPr>
              <w:t>Date became PSC</w:t>
            </w:r>
          </w:p>
        </w:tc>
        <w:tc>
          <w:tcPr>
            <w:tcW w:w="2628" w:type="dxa"/>
            <w:shd w:val="clear" w:color="auto" w:fill="E8F0FE"/>
          </w:tcPr>
          <w:p w14:paraId="2C117416" w14:textId="77777777" w:rsidR="009A58D1" w:rsidRDefault="009A58D1"/>
        </w:tc>
      </w:tr>
      <w:tr w:rsidR="009A58D1" w14:paraId="4D9DA68B" w14:textId="77777777">
        <w:tc>
          <w:tcPr>
            <w:tcW w:w="2628" w:type="dxa"/>
          </w:tcPr>
          <w:p w14:paraId="5DF46125" w14:textId="77777777" w:rsidR="009A58D1" w:rsidRDefault="00DA37AA">
            <w:r>
              <w:rPr>
                <w:b/>
              </w:rPr>
              <w:t>Date of birth (dd/mm/yyyy) / Reg no.</w:t>
            </w:r>
          </w:p>
        </w:tc>
        <w:tc>
          <w:tcPr>
            <w:tcW w:w="2628" w:type="dxa"/>
            <w:shd w:val="clear" w:color="auto" w:fill="E8F0FE"/>
          </w:tcPr>
          <w:p w14:paraId="033FAB5A" w14:textId="77777777" w:rsidR="009A58D1" w:rsidRDefault="009A58D1"/>
        </w:tc>
        <w:tc>
          <w:tcPr>
            <w:tcW w:w="2628" w:type="dxa"/>
          </w:tcPr>
          <w:p w14:paraId="3C9D462E" w14:textId="77777777" w:rsidR="009A58D1" w:rsidRDefault="00DA37AA">
            <w:r>
              <w:rPr>
                <w:b/>
              </w:rPr>
              <w:t>Nationality / Jurisdiction</w:t>
            </w:r>
          </w:p>
        </w:tc>
        <w:tc>
          <w:tcPr>
            <w:tcW w:w="2628" w:type="dxa"/>
            <w:shd w:val="clear" w:color="auto" w:fill="E8F0FE"/>
          </w:tcPr>
          <w:p w14:paraId="789A2C2D" w14:textId="77777777" w:rsidR="009A58D1" w:rsidRDefault="009A58D1"/>
        </w:tc>
      </w:tr>
      <w:tr w:rsidR="009A58D1" w14:paraId="238F6D86" w14:textId="77777777">
        <w:tc>
          <w:tcPr>
            <w:tcW w:w="2628" w:type="dxa"/>
          </w:tcPr>
          <w:p w14:paraId="340B076D" w14:textId="77777777" w:rsidR="009A58D1" w:rsidRDefault="00DA37AA">
            <w:r>
              <w:rPr>
                <w:b/>
              </w:rPr>
              <w:t>Service address (public)</w:t>
            </w:r>
          </w:p>
        </w:tc>
        <w:tc>
          <w:tcPr>
            <w:tcW w:w="2628" w:type="dxa"/>
            <w:shd w:val="clear" w:color="auto" w:fill="E8F0FE"/>
          </w:tcPr>
          <w:p w14:paraId="2628ADC7" w14:textId="77777777" w:rsidR="009A58D1" w:rsidRDefault="009A58D1"/>
        </w:tc>
        <w:tc>
          <w:tcPr>
            <w:tcW w:w="2628" w:type="dxa"/>
          </w:tcPr>
          <w:p w14:paraId="019F6238" w14:textId="77777777" w:rsidR="009A58D1" w:rsidRDefault="00DA37AA">
            <w:r>
              <w:rPr>
                <w:b/>
              </w:rPr>
              <w:t>Usual residential address (if individual)</w:t>
            </w:r>
          </w:p>
        </w:tc>
        <w:tc>
          <w:tcPr>
            <w:tcW w:w="2628" w:type="dxa"/>
            <w:shd w:val="clear" w:color="auto" w:fill="E8F0FE"/>
          </w:tcPr>
          <w:p w14:paraId="5A87B74A" w14:textId="77777777" w:rsidR="009A58D1" w:rsidRDefault="009A58D1"/>
        </w:tc>
      </w:tr>
      <w:tr w:rsidR="009A58D1" w14:paraId="40DAAC5A" w14:textId="77777777">
        <w:tc>
          <w:tcPr>
            <w:tcW w:w="2628" w:type="dxa"/>
          </w:tcPr>
          <w:p w14:paraId="5069723D" w14:textId="77777777" w:rsidR="009A58D1" w:rsidRDefault="00DA37AA">
            <w:r>
              <w:rPr>
                <w:b/>
              </w:rPr>
              <w:t>Nature of control (tick)</w:t>
            </w:r>
          </w:p>
        </w:tc>
        <w:tc>
          <w:tcPr>
            <w:tcW w:w="7884" w:type="dxa"/>
            <w:gridSpan w:val="3"/>
            <w:shd w:val="clear" w:color="auto" w:fill="E8F0FE"/>
          </w:tcPr>
          <w:p w14:paraId="78506FB7" w14:textId="77777777" w:rsidR="009A58D1" w:rsidRDefault="00DA37AA">
            <w:r>
              <w:t>☐ &gt;25% shares  ☐ &gt;25% voting rights  ☐ Right to appoint/remove majority of board  ☐ Significant influence/control  ☐ Trust/firm control</w:t>
            </w:r>
          </w:p>
        </w:tc>
      </w:tr>
      <w:tr w:rsidR="009A58D1" w14:paraId="54275786" w14:textId="77777777">
        <w:tc>
          <w:tcPr>
            <w:tcW w:w="2628" w:type="dxa"/>
          </w:tcPr>
          <w:p w14:paraId="2012CFB0" w14:textId="77777777" w:rsidR="009A58D1" w:rsidRDefault="00DA37AA">
            <w:r>
              <w:rPr>
                <w:b/>
              </w:rPr>
              <w:t>Ownership % (if known)</w:t>
            </w:r>
          </w:p>
        </w:tc>
        <w:tc>
          <w:tcPr>
            <w:tcW w:w="2628" w:type="dxa"/>
            <w:shd w:val="clear" w:color="auto" w:fill="E8F0FE"/>
          </w:tcPr>
          <w:p w14:paraId="0CB6685C" w14:textId="77777777" w:rsidR="009A58D1" w:rsidRDefault="009A58D1"/>
        </w:tc>
        <w:tc>
          <w:tcPr>
            <w:tcW w:w="2628" w:type="dxa"/>
          </w:tcPr>
          <w:p w14:paraId="4CCE4798" w14:textId="77777777" w:rsidR="009A58D1" w:rsidRDefault="00DA37AA">
            <w:r>
              <w:rPr>
                <w:b/>
              </w:rPr>
              <w:t>Additional notes</w:t>
            </w:r>
          </w:p>
        </w:tc>
        <w:tc>
          <w:tcPr>
            <w:tcW w:w="2628" w:type="dxa"/>
            <w:shd w:val="clear" w:color="auto" w:fill="E8F0FE"/>
          </w:tcPr>
          <w:p w14:paraId="209D7893" w14:textId="77777777" w:rsidR="009A58D1" w:rsidRDefault="009A58D1"/>
        </w:tc>
      </w:tr>
    </w:tbl>
    <w:p w14:paraId="04558B65" w14:textId="77777777" w:rsidR="009A58D1" w:rsidRDefault="009A58D1"/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9A58D1" w14:paraId="00EC79CC" w14:textId="77777777">
        <w:tc>
          <w:tcPr>
            <w:tcW w:w="2628" w:type="dxa"/>
          </w:tcPr>
          <w:p w14:paraId="60D161C1" w14:textId="77777777" w:rsidR="009A58D1" w:rsidRDefault="00DA37AA">
            <w:r>
              <w:rPr>
                <w:b/>
              </w:rPr>
              <w:t>Full name / Entity name</w:t>
            </w:r>
          </w:p>
        </w:tc>
        <w:tc>
          <w:tcPr>
            <w:tcW w:w="2628" w:type="dxa"/>
            <w:shd w:val="clear" w:color="auto" w:fill="E8F0FE"/>
          </w:tcPr>
          <w:p w14:paraId="5BA00E91" w14:textId="77777777" w:rsidR="009A58D1" w:rsidRDefault="009A58D1"/>
        </w:tc>
        <w:tc>
          <w:tcPr>
            <w:tcW w:w="2628" w:type="dxa"/>
          </w:tcPr>
          <w:p w14:paraId="265BA845" w14:textId="77777777" w:rsidR="009A58D1" w:rsidRDefault="00DA37AA">
            <w:r>
              <w:rPr>
                <w:b/>
              </w:rPr>
              <w:t>Date became PSC</w:t>
            </w:r>
          </w:p>
        </w:tc>
        <w:tc>
          <w:tcPr>
            <w:tcW w:w="2628" w:type="dxa"/>
            <w:shd w:val="clear" w:color="auto" w:fill="E8F0FE"/>
          </w:tcPr>
          <w:p w14:paraId="25531F82" w14:textId="77777777" w:rsidR="009A58D1" w:rsidRDefault="009A58D1"/>
        </w:tc>
      </w:tr>
      <w:tr w:rsidR="009A58D1" w14:paraId="027790B2" w14:textId="77777777">
        <w:tc>
          <w:tcPr>
            <w:tcW w:w="2628" w:type="dxa"/>
          </w:tcPr>
          <w:p w14:paraId="0B094A19" w14:textId="77777777" w:rsidR="009A58D1" w:rsidRDefault="00DA37AA">
            <w:r>
              <w:rPr>
                <w:b/>
              </w:rPr>
              <w:t>Date of birth (dd/mm/yyyy) / Reg no.</w:t>
            </w:r>
          </w:p>
        </w:tc>
        <w:tc>
          <w:tcPr>
            <w:tcW w:w="2628" w:type="dxa"/>
            <w:shd w:val="clear" w:color="auto" w:fill="E8F0FE"/>
          </w:tcPr>
          <w:p w14:paraId="7E6C6364" w14:textId="77777777" w:rsidR="009A58D1" w:rsidRDefault="009A58D1"/>
        </w:tc>
        <w:tc>
          <w:tcPr>
            <w:tcW w:w="2628" w:type="dxa"/>
          </w:tcPr>
          <w:p w14:paraId="1F2DF585" w14:textId="77777777" w:rsidR="009A58D1" w:rsidRDefault="00DA37AA">
            <w:r>
              <w:rPr>
                <w:b/>
              </w:rPr>
              <w:t>Nationality / Jurisdiction</w:t>
            </w:r>
          </w:p>
        </w:tc>
        <w:tc>
          <w:tcPr>
            <w:tcW w:w="2628" w:type="dxa"/>
            <w:shd w:val="clear" w:color="auto" w:fill="E8F0FE"/>
          </w:tcPr>
          <w:p w14:paraId="4130A6B0" w14:textId="77777777" w:rsidR="009A58D1" w:rsidRDefault="009A58D1"/>
        </w:tc>
      </w:tr>
      <w:tr w:rsidR="009A58D1" w14:paraId="23FCA247" w14:textId="77777777">
        <w:tc>
          <w:tcPr>
            <w:tcW w:w="2628" w:type="dxa"/>
          </w:tcPr>
          <w:p w14:paraId="3FF6BF93" w14:textId="77777777" w:rsidR="009A58D1" w:rsidRDefault="00DA37AA">
            <w:r>
              <w:rPr>
                <w:b/>
              </w:rPr>
              <w:t>Service address (public)</w:t>
            </w:r>
          </w:p>
        </w:tc>
        <w:tc>
          <w:tcPr>
            <w:tcW w:w="2628" w:type="dxa"/>
            <w:shd w:val="clear" w:color="auto" w:fill="E8F0FE"/>
          </w:tcPr>
          <w:p w14:paraId="78204C1C" w14:textId="77777777" w:rsidR="009A58D1" w:rsidRDefault="009A58D1"/>
        </w:tc>
        <w:tc>
          <w:tcPr>
            <w:tcW w:w="2628" w:type="dxa"/>
          </w:tcPr>
          <w:p w14:paraId="0A14B99F" w14:textId="77777777" w:rsidR="009A58D1" w:rsidRDefault="00DA37AA">
            <w:r>
              <w:rPr>
                <w:b/>
              </w:rPr>
              <w:t>Usual residential address (if individual)</w:t>
            </w:r>
          </w:p>
        </w:tc>
        <w:tc>
          <w:tcPr>
            <w:tcW w:w="2628" w:type="dxa"/>
            <w:shd w:val="clear" w:color="auto" w:fill="E8F0FE"/>
          </w:tcPr>
          <w:p w14:paraId="5821CE85" w14:textId="77777777" w:rsidR="009A58D1" w:rsidRDefault="009A58D1"/>
        </w:tc>
      </w:tr>
      <w:tr w:rsidR="009A58D1" w14:paraId="5608CD88" w14:textId="77777777">
        <w:tc>
          <w:tcPr>
            <w:tcW w:w="2628" w:type="dxa"/>
          </w:tcPr>
          <w:p w14:paraId="2DEA4F17" w14:textId="77777777" w:rsidR="009A58D1" w:rsidRDefault="00DA37AA">
            <w:r>
              <w:rPr>
                <w:b/>
              </w:rPr>
              <w:t>Nature of control (tick)</w:t>
            </w:r>
          </w:p>
        </w:tc>
        <w:tc>
          <w:tcPr>
            <w:tcW w:w="7884" w:type="dxa"/>
            <w:gridSpan w:val="3"/>
            <w:shd w:val="clear" w:color="auto" w:fill="E8F0FE"/>
          </w:tcPr>
          <w:p w14:paraId="10E90245" w14:textId="77777777" w:rsidR="009A58D1" w:rsidRDefault="00DA37AA">
            <w:r>
              <w:t>☐ &gt;25% shares  ☐ &gt;25% voting rights  ☐ Right to appoint/remove majority of board  ☐ Significant influence/control  ☐ Trust/firm control</w:t>
            </w:r>
          </w:p>
        </w:tc>
      </w:tr>
      <w:tr w:rsidR="009A58D1" w14:paraId="45395A89" w14:textId="77777777">
        <w:tc>
          <w:tcPr>
            <w:tcW w:w="2628" w:type="dxa"/>
          </w:tcPr>
          <w:p w14:paraId="2AC1CAA7" w14:textId="77777777" w:rsidR="009A58D1" w:rsidRDefault="00DA37AA">
            <w:r>
              <w:rPr>
                <w:b/>
              </w:rPr>
              <w:t>Ownership % (if known)</w:t>
            </w:r>
          </w:p>
        </w:tc>
        <w:tc>
          <w:tcPr>
            <w:tcW w:w="2628" w:type="dxa"/>
            <w:shd w:val="clear" w:color="auto" w:fill="E8F0FE"/>
          </w:tcPr>
          <w:p w14:paraId="67881FE3" w14:textId="77777777" w:rsidR="009A58D1" w:rsidRDefault="009A58D1"/>
        </w:tc>
        <w:tc>
          <w:tcPr>
            <w:tcW w:w="2628" w:type="dxa"/>
          </w:tcPr>
          <w:p w14:paraId="6C3C42A5" w14:textId="77777777" w:rsidR="009A58D1" w:rsidRDefault="00DA37AA">
            <w:r>
              <w:rPr>
                <w:b/>
              </w:rPr>
              <w:t>Additional notes</w:t>
            </w:r>
          </w:p>
        </w:tc>
        <w:tc>
          <w:tcPr>
            <w:tcW w:w="2628" w:type="dxa"/>
            <w:shd w:val="clear" w:color="auto" w:fill="E8F0FE"/>
          </w:tcPr>
          <w:p w14:paraId="5ED5A575" w14:textId="77777777" w:rsidR="009A58D1" w:rsidRDefault="009A58D1"/>
        </w:tc>
      </w:tr>
    </w:tbl>
    <w:p w14:paraId="44531C3A" w14:textId="77777777" w:rsidR="009A58D1" w:rsidRDefault="009A58D1"/>
    <w:p w14:paraId="436EAA79" w14:textId="77777777" w:rsidR="009A58D1" w:rsidRDefault="00DA37AA">
      <w:r>
        <w:rPr>
          <w:b/>
        </w:rPr>
        <w:t>6) Registers &amp; Addresses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9A58D1" w14:paraId="223D043F" w14:textId="77777777">
        <w:tc>
          <w:tcPr>
            <w:tcW w:w="2628" w:type="dxa"/>
          </w:tcPr>
          <w:p w14:paraId="078EAFCA" w14:textId="77777777" w:rsidR="009A58D1" w:rsidRDefault="00DA37AA">
            <w:r>
              <w:rPr>
                <w:b/>
              </w:rPr>
              <w:lastRenderedPageBreak/>
              <w:t>Where statutory registers kept (tick): ☐ Registered office ☐ SAIL address (give)</w:t>
            </w:r>
          </w:p>
        </w:tc>
        <w:tc>
          <w:tcPr>
            <w:tcW w:w="2628" w:type="dxa"/>
            <w:shd w:val="clear" w:color="auto" w:fill="E8F0FE"/>
          </w:tcPr>
          <w:p w14:paraId="07FA84F8" w14:textId="77777777" w:rsidR="009A58D1" w:rsidRDefault="009A58D1"/>
        </w:tc>
        <w:tc>
          <w:tcPr>
            <w:tcW w:w="2628" w:type="dxa"/>
          </w:tcPr>
          <w:p w14:paraId="30CBD47E" w14:textId="77777777" w:rsidR="009A58D1" w:rsidRDefault="00DA37AA">
            <w:r>
              <w:rPr>
                <w:b/>
              </w:rPr>
              <w:t>SAIL address (if used)</w:t>
            </w:r>
          </w:p>
        </w:tc>
        <w:tc>
          <w:tcPr>
            <w:tcW w:w="2628" w:type="dxa"/>
            <w:shd w:val="clear" w:color="auto" w:fill="E8F0FE"/>
          </w:tcPr>
          <w:p w14:paraId="16A3BAAC" w14:textId="77777777" w:rsidR="009A58D1" w:rsidRDefault="009A58D1"/>
        </w:tc>
      </w:tr>
      <w:tr w:rsidR="009A58D1" w14:paraId="5AB7C462" w14:textId="77777777">
        <w:tc>
          <w:tcPr>
            <w:tcW w:w="2628" w:type="dxa"/>
          </w:tcPr>
          <w:p w14:paraId="19D89B5D" w14:textId="77777777" w:rsidR="009A58D1" w:rsidRDefault="00DA37AA">
            <w:r>
              <w:rPr>
                <w:b/>
              </w:rPr>
              <w:t>RO Box acceptable? (tick): ☐ No ☐ Yes (attach explanation)</w:t>
            </w:r>
          </w:p>
        </w:tc>
        <w:tc>
          <w:tcPr>
            <w:tcW w:w="2628" w:type="dxa"/>
            <w:shd w:val="clear" w:color="auto" w:fill="E8F0FE"/>
          </w:tcPr>
          <w:p w14:paraId="25CCF449" w14:textId="77777777" w:rsidR="009A58D1" w:rsidRDefault="009A58D1"/>
        </w:tc>
        <w:tc>
          <w:tcPr>
            <w:tcW w:w="2628" w:type="dxa"/>
          </w:tcPr>
          <w:p w14:paraId="42C46285" w14:textId="77777777" w:rsidR="009A58D1" w:rsidRDefault="00DA37AA">
            <w:r>
              <w:rPr>
                <w:b/>
              </w:rPr>
              <w:t>Email for Companies House filings</w:t>
            </w:r>
          </w:p>
        </w:tc>
        <w:tc>
          <w:tcPr>
            <w:tcW w:w="2628" w:type="dxa"/>
            <w:shd w:val="clear" w:color="auto" w:fill="E8F0FE"/>
          </w:tcPr>
          <w:p w14:paraId="03046588" w14:textId="77777777" w:rsidR="009A58D1" w:rsidRDefault="009A58D1"/>
        </w:tc>
      </w:tr>
      <w:tr w:rsidR="009A58D1" w14:paraId="7CF31359" w14:textId="77777777">
        <w:tc>
          <w:tcPr>
            <w:tcW w:w="2628" w:type="dxa"/>
          </w:tcPr>
          <w:p w14:paraId="56F5C35C" w14:textId="77777777" w:rsidR="009A58D1" w:rsidRDefault="00DA37AA">
            <w:r>
              <w:rPr>
                <w:b/>
              </w:rPr>
              <w:t>Preferred accounting reference date (ARD)</w:t>
            </w:r>
          </w:p>
        </w:tc>
        <w:tc>
          <w:tcPr>
            <w:tcW w:w="2628" w:type="dxa"/>
            <w:shd w:val="clear" w:color="auto" w:fill="E8F0FE"/>
          </w:tcPr>
          <w:p w14:paraId="2D549683" w14:textId="77777777" w:rsidR="009A58D1" w:rsidRDefault="009A58D1"/>
        </w:tc>
        <w:tc>
          <w:tcPr>
            <w:tcW w:w="2628" w:type="dxa"/>
          </w:tcPr>
          <w:p w14:paraId="211EDD42" w14:textId="77777777" w:rsidR="009A58D1" w:rsidRDefault="00DA37AA">
            <w:r>
              <w:rPr>
                <w:b/>
              </w:rPr>
              <w:t>First accounts to (auto by CH)</w:t>
            </w:r>
          </w:p>
        </w:tc>
        <w:tc>
          <w:tcPr>
            <w:tcW w:w="2628" w:type="dxa"/>
            <w:shd w:val="clear" w:color="auto" w:fill="E8F0FE"/>
          </w:tcPr>
          <w:p w14:paraId="381AF343" w14:textId="77777777" w:rsidR="009A58D1" w:rsidRDefault="009A58D1"/>
        </w:tc>
      </w:tr>
    </w:tbl>
    <w:p w14:paraId="143A3E83" w14:textId="77777777" w:rsidR="009A58D1" w:rsidRDefault="009A58D1"/>
    <w:p w14:paraId="197CE0C3" w14:textId="77777777" w:rsidR="009A58D1" w:rsidRDefault="00DA37AA">
      <w:r>
        <w:rPr>
          <w:b/>
        </w:rPr>
        <w:t>7) Companies House Authentication (choose any 3 answers)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9A58D1" w14:paraId="5BBD1CA2" w14:textId="77777777">
        <w:tc>
          <w:tcPr>
            <w:tcW w:w="2628" w:type="dxa"/>
          </w:tcPr>
          <w:p w14:paraId="66C76304" w14:textId="77777777" w:rsidR="009A58D1" w:rsidRDefault="00DA37AA">
            <w:r>
              <w:rPr>
                <w:b/>
              </w:rPr>
              <w:t>Mother’s maiden name</w:t>
            </w:r>
          </w:p>
        </w:tc>
        <w:tc>
          <w:tcPr>
            <w:tcW w:w="2628" w:type="dxa"/>
            <w:shd w:val="clear" w:color="auto" w:fill="E8F0FE"/>
          </w:tcPr>
          <w:p w14:paraId="0A2E89EA" w14:textId="77777777" w:rsidR="009A58D1" w:rsidRDefault="009A58D1"/>
        </w:tc>
        <w:tc>
          <w:tcPr>
            <w:tcW w:w="2628" w:type="dxa"/>
          </w:tcPr>
          <w:p w14:paraId="366D9A58" w14:textId="77777777" w:rsidR="009A58D1" w:rsidRDefault="00DA37AA">
            <w:r>
              <w:rPr>
                <w:b/>
              </w:rPr>
              <w:t>Father’s forename</w:t>
            </w:r>
          </w:p>
        </w:tc>
        <w:tc>
          <w:tcPr>
            <w:tcW w:w="2628" w:type="dxa"/>
            <w:shd w:val="clear" w:color="auto" w:fill="E8F0FE"/>
          </w:tcPr>
          <w:p w14:paraId="25C6EE9F" w14:textId="77777777" w:rsidR="009A58D1" w:rsidRDefault="009A58D1"/>
        </w:tc>
      </w:tr>
      <w:tr w:rsidR="009A58D1" w14:paraId="32D9D976" w14:textId="77777777">
        <w:tc>
          <w:tcPr>
            <w:tcW w:w="2628" w:type="dxa"/>
          </w:tcPr>
          <w:p w14:paraId="010048A6" w14:textId="77777777" w:rsidR="009A58D1" w:rsidRDefault="00DA37AA">
            <w:r>
              <w:rPr>
                <w:b/>
              </w:rPr>
              <w:t>Town of birth</w:t>
            </w:r>
          </w:p>
        </w:tc>
        <w:tc>
          <w:tcPr>
            <w:tcW w:w="2628" w:type="dxa"/>
            <w:shd w:val="clear" w:color="auto" w:fill="E8F0FE"/>
          </w:tcPr>
          <w:p w14:paraId="02EFBAF6" w14:textId="77777777" w:rsidR="009A58D1" w:rsidRDefault="009A58D1"/>
        </w:tc>
        <w:tc>
          <w:tcPr>
            <w:tcW w:w="2628" w:type="dxa"/>
          </w:tcPr>
          <w:p w14:paraId="41E41AC1" w14:textId="77777777" w:rsidR="009A58D1" w:rsidRDefault="00DA37AA">
            <w:r>
              <w:rPr>
                <w:b/>
              </w:rPr>
              <w:t>Last 3 digits of telephone number</w:t>
            </w:r>
          </w:p>
        </w:tc>
        <w:tc>
          <w:tcPr>
            <w:tcW w:w="2628" w:type="dxa"/>
            <w:shd w:val="clear" w:color="auto" w:fill="E8F0FE"/>
          </w:tcPr>
          <w:p w14:paraId="66E3239B" w14:textId="77777777" w:rsidR="009A58D1" w:rsidRDefault="009A58D1"/>
        </w:tc>
      </w:tr>
      <w:tr w:rsidR="009A58D1" w14:paraId="204CDA51" w14:textId="77777777">
        <w:tc>
          <w:tcPr>
            <w:tcW w:w="2628" w:type="dxa"/>
          </w:tcPr>
          <w:p w14:paraId="6A7849C6" w14:textId="77777777" w:rsidR="009A58D1" w:rsidRDefault="00DA37AA">
            <w:r>
              <w:rPr>
                <w:b/>
              </w:rPr>
              <w:t>National Insurance number (last 3 chars)</w:t>
            </w:r>
          </w:p>
        </w:tc>
        <w:tc>
          <w:tcPr>
            <w:tcW w:w="2628" w:type="dxa"/>
            <w:shd w:val="clear" w:color="auto" w:fill="E8F0FE"/>
          </w:tcPr>
          <w:p w14:paraId="23B31CD4" w14:textId="77777777" w:rsidR="009A58D1" w:rsidRDefault="009A58D1"/>
        </w:tc>
        <w:tc>
          <w:tcPr>
            <w:tcW w:w="2628" w:type="dxa"/>
          </w:tcPr>
          <w:p w14:paraId="2965BA13" w14:textId="77777777" w:rsidR="009A58D1" w:rsidRDefault="00DA37AA">
            <w:r>
              <w:rPr>
                <w:b/>
              </w:rPr>
              <w:t>Passport number (last 3 chars)</w:t>
            </w:r>
          </w:p>
        </w:tc>
        <w:tc>
          <w:tcPr>
            <w:tcW w:w="2628" w:type="dxa"/>
            <w:shd w:val="clear" w:color="auto" w:fill="E8F0FE"/>
          </w:tcPr>
          <w:p w14:paraId="3EA02233" w14:textId="77777777" w:rsidR="009A58D1" w:rsidRDefault="009A58D1"/>
        </w:tc>
      </w:tr>
    </w:tbl>
    <w:p w14:paraId="3F601C75" w14:textId="77777777" w:rsidR="009A58D1" w:rsidRDefault="009A58D1"/>
    <w:p w14:paraId="653095D5" w14:textId="77777777" w:rsidR="009A58D1" w:rsidRDefault="00DA37AA">
      <w:r>
        <w:rPr>
          <w:b/>
        </w:rPr>
        <w:t>8) AML &amp; Attachments Checklist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9A58D1" w14:paraId="273EF8D4" w14:textId="77777777">
        <w:tc>
          <w:tcPr>
            <w:tcW w:w="10512" w:type="dxa"/>
            <w:shd w:val="clear" w:color="auto" w:fill="E8F0FE"/>
          </w:tcPr>
          <w:p w14:paraId="13F10AB6" w14:textId="77777777" w:rsidR="009A58D1" w:rsidRDefault="009A58D1"/>
          <w:p w14:paraId="2134A509" w14:textId="77777777" w:rsidR="009A58D1" w:rsidRDefault="00DA37AA">
            <w:r>
              <w:t>☐ Photo ID for each director/PSC (passport or UK driving licence)</w:t>
            </w:r>
          </w:p>
          <w:p w14:paraId="7BAC1798" w14:textId="77777777" w:rsidR="009A58D1" w:rsidRDefault="00DA37AA">
            <w:r>
              <w:t>☐ Proof of address for each director/PSC (utility bill/bank statement &lt;3 months)</w:t>
            </w:r>
          </w:p>
          <w:p w14:paraId="14120D72" w14:textId="77777777" w:rsidR="009A58D1" w:rsidRDefault="00DA37AA">
            <w:r>
              <w:t>☐ Proof of registered office (if not Virtual Office)</w:t>
            </w:r>
          </w:p>
          <w:p w14:paraId="139A7F32" w14:textId="77777777" w:rsidR="009A58D1" w:rsidRDefault="00DA37AA">
            <w:r>
              <w:t>☐ Shareholder confirmations / subscriptions</w:t>
            </w:r>
          </w:p>
          <w:p w14:paraId="290E5E28" w14:textId="77777777" w:rsidR="009A58D1" w:rsidRDefault="00DA37AA">
            <w:r>
              <w:t>☐ Any bespoke articles or shareholders’ agreement (if applicable)</w:t>
            </w:r>
          </w:p>
        </w:tc>
      </w:tr>
    </w:tbl>
    <w:p w14:paraId="6B9CCC8D" w14:textId="77777777" w:rsidR="009A58D1" w:rsidRDefault="00DA37AA">
      <w:r>
        <w:rPr>
          <w:b/>
        </w:rPr>
        <w:t>Declaration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9A58D1" w14:paraId="2B744A0F" w14:textId="77777777">
        <w:tc>
          <w:tcPr>
            <w:tcW w:w="2628" w:type="dxa"/>
          </w:tcPr>
          <w:p w14:paraId="79603C73" w14:textId="77777777" w:rsidR="009A58D1" w:rsidRDefault="00DA37AA">
            <w:r>
              <w:rPr>
                <w:b/>
              </w:rPr>
              <w:t>Completed by (name)</w:t>
            </w:r>
          </w:p>
        </w:tc>
        <w:tc>
          <w:tcPr>
            <w:tcW w:w="2628" w:type="dxa"/>
            <w:shd w:val="clear" w:color="auto" w:fill="E8F0FE"/>
          </w:tcPr>
          <w:p w14:paraId="7BFBF219" w14:textId="77777777" w:rsidR="009A58D1" w:rsidRDefault="009A58D1"/>
        </w:tc>
        <w:tc>
          <w:tcPr>
            <w:tcW w:w="2628" w:type="dxa"/>
          </w:tcPr>
          <w:p w14:paraId="0B839FB2" w14:textId="77777777" w:rsidR="009A58D1" w:rsidRDefault="00DA37AA">
            <w:r>
              <w:rPr>
                <w:b/>
              </w:rPr>
              <w:t>Position / Capacity</w:t>
            </w:r>
          </w:p>
        </w:tc>
        <w:tc>
          <w:tcPr>
            <w:tcW w:w="2628" w:type="dxa"/>
            <w:shd w:val="clear" w:color="auto" w:fill="E8F0FE"/>
          </w:tcPr>
          <w:p w14:paraId="539237D2" w14:textId="77777777" w:rsidR="009A58D1" w:rsidRDefault="009A58D1"/>
        </w:tc>
      </w:tr>
      <w:tr w:rsidR="009A58D1" w14:paraId="35B8E164" w14:textId="77777777">
        <w:tc>
          <w:tcPr>
            <w:tcW w:w="2628" w:type="dxa"/>
          </w:tcPr>
          <w:p w14:paraId="2749E1F7" w14:textId="77777777" w:rsidR="009A58D1" w:rsidRDefault="00DA37AA">
            <w:r>
              <w:rPr>
                <w:b/>
              </w:rPr>
              <w:t>Signature &amp; date</w:t>
            </w:r>
          </w:p>
        </w:tc>
        <w:tc>
          <w:tcPr>
            <w:tcW w:w="2628" w:type="dxa"/>
            <w:shd w:val="clear" w:color="auto" w:fill="E8F0FE"/>
          </w:tcPr>
          <w:p w14:paraId="586E8344" w14:textId="77777777" w:rsidR="009A58D1" w:rsidRDefault="009A58D1"/>
        </w:tc>
        <w:tc>
          <w:tcPr>
            <w:tcW w:w="2628" w:type="dxa"/>
          </w:tcPr>
          <w:p w14:paraId="22AEACEF" w14:textId="77777777" w:rsidR="009A58D1" w:rsidRDefault="00DA37AA">
            <w:r>
              <w:rPr>
                <w:b/>
              </w:rPr>
              <w:t>Contact for queries</w:t>
            </w:r>
          </w:p>
        </w:tc>
        <w:tc>
          <w:tcPr>
            <w:tcW w:w="2628" w:type="dxa"/>
            <w:shd w:val="clear" w:color="auto" w:fill="E8F0FE"/>
          </w:tcPr>
          <w:p w14:paraId="222D0F83" w14:textId="77777777" w:rsidR="009A58D1" w:rsidRDefault="009A58D1"/>
        </w:tc>
      </w:tr>
    </w:tbl>
    <w:p w14:paraId="10AB9A24" w14:textId="77777777" w:rsidR="009A58D1" w:rsidRDefault="009A58D1"/>
    <w:sectPr w:rsidR="009A58D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1F594" w14:textId="77777777" w:rsidR="00DA37AA" w:rsidRDefault="00DA37AA" w:rsidP="00DA37AA">
      <w:pPr>
        <w:spacing w:after="0" w:line="240" w:lineRule="auto"/>
      </w:pPr>
      <w:r>
        <w:separator/>
      </w:r>
    </w:p>
  </w:endnote>
  <w:endnote w:type="continuationSeparator" w:id="0">
    <w:p w14:paraId="6DDB40FC" w14:textId="77777777" w:rsidR="00DA37AA" w:rsidRDefault="00DA37AA" w:rsidP="00DA3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821D4" w14:textId="77777777" w:rsidR="00A07759" w:rsidRDefault="00A077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345AF" w14:textId="270858BE" w:rsidR="00DA37AA" w:rsidRDefault="00DA37AA" w:rsidP="00DA37AA">
    <w:pPr>
      <w:jc w:val="center"/>
    </w:pPr>
    <w:proofErr w:type="spellStart"/>
    <w:r>
      <w:rPr>
        <w:sz w:val="17"/>
      </w:rPr>
      <w:t>VintageTax</w:t>
    </w:r>
    <w:proofErr w:type="spellEnd"/>
    <w:r>
      <w:rPr>
        <w:sz w:val="17"/>
      </w:rPr>
      <w:t xml:space="preserve"> is a trading style of Accounting Monton Village Ltd (Company No. 15376306). Registered office: 73 Parrin Lane, Monton, Eccles, Manchester, M30 8AY. </w:t>
    </w:r>
    <w:r>
      <w:rPr>
        <w:sz w:val="17"/>
      </w:rPr>
      <w:t xml:space="preserve">AML Supervised • ICO Registered • Xero Partner | </w:t>
    </w:r>
    <w:r w:rsidR="00A07759">
      <w:rPr>
        <w:sz w:val="17"/>
      </w:rPr>
      <w:t>Practicing</w:t>
    </w:r>
    <w:r>
      <w:rPr>
        <w:sz w:val="17"/>
      </w:rPr>
      <w:t xml:space="preserve"> Certificate No. 500129234 | MIAB (Member of IAB)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E51E7" w14:textId="77777777" w:rsidR="00A07759" w:rsidRDefault="00A077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53967" w14:textId="77777777" w:rsidR="00DA37AA" w:rsidRDefault="00DA37AA" w:rsidP="00DA37AA">
      <w:pPr>
        <w:spacing w:after="0" w:line="240" w:lineRule="auto"/>
      </w:pPr>
      <w:r>
        <w:separator/>
      </w:r>
    </w:p>
  </w:footnote>
  <w:footnote w:type="continuationSeparator" w:id="0">
    <w:p w14:paraId="58B0DCB2" w14:textId="77777777" w:rsidR="00DA37AA" w:rsidRDefault="00DA37AA" w:rsidP="00DA3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021F5" w14:textId="77777777" w:rsidR="00A07759" w:rsidRDefault="00A077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17198" w14:textId="1F8D6768" w:rsidR="00DA37AA" w:rsidRDefault="00DA37AA" w:rsidP="00A07759">
    <w:pPr>
      <w:pStyle w:val="Header"/>
      <w:jc w:val="center"/>
    </w:pPr>
    <w:r>
      <w:rPr>
        <w:noProof/>
      </w:rPr>
      <w:drawing>
        <wp:inline distT="0" distB="0" distL="0" distR="0" wp14:anchorId="705B1970" wp14:editId="4E700C52">
          <wp:extent cx="2991917" cy="881272"/>
          <wp:effectExtent l="0" t="0" r="0" b="0"/>
          <wp:docPr id="1300227536" name="Picture 1" descr="A blue and white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0227536" name="Picture 1" descr="A blue and white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2444" cy="884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04C864" w14:textId="77777777" w:rsidR="00DA37AA" w:rsidRDefault="00DA37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DFA83" w14:textId="77777777" w:rsidR="00A07759" w:rsidRDefault="00A077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9672804">
    <w:abstractNumId w:val="8"/>
  </w:num>
  <w:num w:numId="2" w16cid:durableId="1441335172">
    <w:abstractNumId w:val="6"/>
  </w:num>
  <w:num w:numId="3" w16cid:durableId="135144267">
    <w:abstractNumId w:val="5"/>
  </w:num>
  <w:num w:numId="4" w16cid:durableId="997852704">
    <w:abstractNumId w:val="4"/>
  </w:num>
  <w:num w:numId="5" w16cid:durableId="1662271670">
    <w:abstractNumId w:val="7"/>
  </w:num>
  <w:num w:numId="6" w16cid:durableId="940986558">
    <w:abstractNumId w:val="3"/>
  </w:num>
  <w:num w:numId="7" w16cid:durableId="2085452933">
    <w:abstractNumId w:val="2"/>
  </w:num>
  <w:num w:numId="8" w16cid:durableId="1116945514">
    <w:abstractNumId w:val="1"/>
  </w:num>
  <w:num w:numId="9" w16cid:durableId="1344698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573D7"/>
    <w:rsid w:val="009A58D1"/>
    <w:rsid w:val="00A07759"/>
    <w:rsid w:val="00AA1D8D"/>
    <w:rsid w:val="00AD7096"/>
    <w:rsid w:val="00B47730"/>
    <w:rsid w:val="00CB0664"/>
    <w:rsid w:val="00DA37AA"/>
    <w:rsid w:val="00EE51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4062061"/>
  <w14:defaultImageDpi w14:val="300"/>
  <w15:docId w15:val="{1B4A104D-A275-404C-A215-7E9E21C9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2926</Characters>
  <Application>Microsoft Office Word</Application>
  <DocSecurity>0</DocSecurity>
  <Lines>292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3</cp:revision>
  <dcterms:created xsi:type="dcterms:W3CDTF">2013-12-23T23:15:00Z</dcterms:created>
  <dcterms:modified xsi:type="dcterms:W3CDTF">2025-11-09T02:37:00Z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20b6a2af-7a32-4651-b34b-f96be41bf9aa</vt:lpwstr>
  </property>
</Properties>
</file>