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8958" w14:textId="4101F695" w:rsidR="00B32295" w:rsidRDefault="002F3FDB">
      <w:pPr>
        <w:jc w:val="center"/>
      </w:pPr>
      <w:r>
        <w:rPr>
          <w:b/>
          <w:sz w:val="36"/>
        </w:rPr>
        <w:t>NEW STARTER (PAYE) CHECKLIST</w:t>
      </w:r>
    </w:p>
    <w:p w14:paraId="173ACFEF" w14:textId="77777777" w:rsidR="00B32295" w:rsidRDefault="002F3FDB" w:rsidP="002F3FDB">
      <w:pPr>
        <w:jc w:val="center"/>
      </w:pPr>
      <w:r>
        <w:t>Please complete and return with your P45 (if available). Use BLOCK CAPITALS where possible.</w:t>
      </w:r>
    </w:p>
    <w:p w14:paraId="4B40F4C3" w14:textId="095943BE" w:rsidR="00B32295" w:rsidRDefault="002F3FDB">
      <w:r>
        <w:rPr>
          <w:b/>
        </w:rPr>
        <w:t xml:space="preserve">For </w:t>
      </w:r>
      <w:r w:rsidR="00FA4D04">
        <w:rPr>
          <w:b/>
        </w:rPr>
        <w:t>employer/payroll</w:t>
      </w:r>
      <w:r>
        <w:rPr>
          <w:b/>
        </w:rPr>
        <w:t xml:space="preserve"> use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B32295" w14:paraId="1FA632E2" w14:textId="77777777">
        <w:tc>
          <w:tcPr>
            <w:tcW w:w="1752" w:type="dxa"/>
          </w:tcPr>
          <w:p w14:paraId="15FAB0B0" w14:textId="77777777" w:rsidR="00B32295" w:rsidRDefault="002F3FDB">
            <w:r>
              <w:rPr>
                <w:b/>
              </w:rPr>
              <w:t>Employer name</w:t>
            </w:r>
          </w:p>
        </w:tc>
        <w:tc>
          <w:tcPr>
            <w:tcW w:w="1752" w:type="dxa"/>
            <w:shd w:val="clear" w:color="auto" w:fill="E8F0FE"/>
          </w:tcPr>
          <w:p w14:paraId="4D590D3A" w14:textId="77777777" w:rsidR="00B32295" w:rsidRDefault="00B32295"/>
        </w:tc>
        <w:tc>
          <w:tcPr>
            <w:tcW w:w="1752" w:type="dxa"/>
          </w:tcPr>
          <w:p w14:paraId="6C5D5A3C" w14:textId="77777777" w:rsidR="00B32295" w:rsidRDefault="002F3FDB">
            <w:r>
              <w:rPr>
                <w:b/>
              </w:rPr>
              <w:t>PAYE reference</w:t>
            </w:r>
          </w:p>
        </w:tc>
        <w:tc>
          <w:tcPr>
            <w:tcW w:w="1752" w:type="dxa"/>
            <w:shd w:val="clear" w:color="auto" w:fill="E8F0FE"/>
          </w:tcPr>
          <w:p w14:paraId="545BACC7" w14:textId="77777777" w:rsidR="00B32295" w:rsidRDefault="00B32295"/>
        </w:tc>
        <w:tc>
          <w:tcPr>
            <w:tcW w:w="1752" w:type="dxa"/>
          </w:tcPr>
          <w:p w14:paraId="5C00273B" w14:textId="77777777" w:rsidR="00B32295" w:rsidRDefault="002F3FDB">
            <w:r>
              <w:rPr>
                <w:b/>
              </w:rPr>
              <w:t>Payroll no.</w:t>
            </w:r>
          </w:p>
        </w:tc>
        <w:tc>
          <w:tcPr>
            <w:tcW w:w="1752" w:type="dxa"/>
            <w:shd w:val="clear" w:color="auto" w:fill="E8F0FE"/>
          </w:tcPr>
          <w:p w14:paraId="0CEDF394" w14:textId="77777777" w:rsidR="00B32295" w:rsidRDefault="00B32295"/>
        </w:tc>
      </w:tr>
      <w:tr w:rsidR="00B32295" w14:paraId="68AE87A5" w14:textId="77777777">
        <w:tc>
          <w:tcPr>
            <w:tcW w:w="1752" w:type="dxa"/>
          </w:tcPr>
          <w:p w14:paraId="45FAD1D5" w14:textId="77777777" w:rsidR="00B32295" w:rsidRDefault="002F3FDB">
            <w:r>
              <w:rPr>
                <w:b/>
              </w:rPr>
              <w:t>Start period (MM/YY)</w:t>
            </w:r>
          </w:p>
        </w:tc>
        <w:tc>
          <w:tcPr>
            <w:tcW w:w="1752" w:type="dxa"/>
            <w:shd w:val="clear" w:color="auto" w:fill="E8F0FE"/>
          </w:tcPr>
          <w:p w14:paraId="4250A807" w14:textId="77777777" w:rsidR="00B32295" w:rsidRDefault="00B32295"/>
        </w:tc>
        <w:tc>
          <w:tcPr>
            <w:tcW w:w="1752" w:type="dxa"/>
          </w:tcPr>
          <w:p w14:paraId="2B4AF19B" w14:textId="77777777" w:rsidR="00B32295" w:rsidRDefault="002F3FDB">
            <w:r>
              <w:rPr>
                <w:b/>
              </w:rPr>
              <w:t>Pay frequency</w:t>
            </w:r>
          </w:p>
        </w:tc>
        <w:tc>
          <w:tcPr>
            <w:tcW w:w="1752" w:type="dxa"/>
            <w:shd w:val="clear" w:color="auto" w:fill="E8F0FE"/>
          </w:tcPr>
          <w:p w14:paraId="752391B6" w14:textId="77777777" w:rsidR="00B32295" w:rsidRDefault="00B32295"/>
        </w:tc>
        <w:tc>
          <w:tcPr>
            <w:tcW w:w="1752" w:type="dxa"/>
          </w:tcPr>
          <w:p w14:paraId="7099DB1D" w14:textId="77777777" w:rsidR="00B32295" w:rsidRDefault="002F3FDB">
            <w:r>
              <w:rPr>
                <w:b/>
              </w:rPr>
              <w:t>Contact email for payroll</w:t>
            </w:r>
          </w:p>
        </w:tc>
        <w:tc>
          <w:tcPr>
            <w:tcW w:w="1752" w:type="dxa"/>
            <w:shd w:val="clear" w:color="auto" w:fill="E8F0FE"/>
          </w:tcPr>
          <w:p w14:paraId="5977EC3B" w14:textId="77777777" w:rsidR="00B32295" w:rsidRDefault="00B32295"/>
        </w:tc>
      </w:tr>
    </w:tbl>
    <w:p w14:paraId="0A96BA95" w14:textId="77777777" w:rsidR="00B32295" w:rsidRDefault="00B32295"/>
    <w:p w14:paraId="5380A059" w14:textId="77777777" w:rsidR="00B32295" w:rsidRDefault="002F3FDB">
      <w:r>
        <w:rPr>
          <w:b/>
        </w:rPr>
        <w:t>1) Personal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52858328" w14:textId="77777777">
        <w:tc>
          <w:tcPr>
            <w:tcW w:w="2628" w:type="dxa"/>
          </w:tcPr>
          <w:p w14:paraId="08945558" w14:textId="77777777" w:rsidR="00B32295" w:rsidRDefault="002F3FDB">
            <w:r>
              <w:rPr>
                <w:b/>
              </w:rPr>
              <w:t>Title / Full name</w:t>
            </w:r>
          </w:p>
        </w:tc>
        <w:tc>
          <w:tcPr>
            <w:tcW w:w="2628" w:type="dxa"/>
            <w:shd w:val="clear" w:color="auto" w:fill="E8F0FE"/>
          </w:tcPr>
          <w:p w14:paraId="3D9AD0BC" w14:textId="77777777" w:rsidR="00B32295" w:rsidRDefault="00B32295"/>
        </w:tc>
        <w:tc>
          <w:tcPr>
            <w:tcW w:w="2628" w:type="dxa"/>
          </w:tcPr>
          <w:p w14:paraId="774685E0" w14:textId="77777777" w:rsidR="00B32295" w:rsidRDefault="002F3FDB">
            <w:r>
              <w:rPr>
                <w:b/>
              </w:rPr>
              <w:t>Any previous names</w:t>
            </w:r>
          </w:p>
        </w:tc>
        <w:tc>
          <w:tcPr>
            <w:tcW w:w="2628" w:type="dxa"/>
            <w:shd w:val="clear" w:color="auto" w:fill="E8F0FE"/>
          </w:tcPr>
          <w:p w14:paraId="678ACA73" w14:textId="77777777" w:rsidR="00B32295" w:rsidRDefault="00B32295"/>
        </w:tc>
      </w:tr>
      <w:tr w:rsidR="00B32295" w14:paraId="3FABF9DF" w14:textId="77777777">
        <w:tc>
          <w:tcPr>
            <w:tcW w:w="2628" w:type="dxa"/>
          </w:tcPr>
          <w:p w14:paraId="67056627" w14:textId="77777777" w:rsidR="00B32295" w:rsidRDefault="002F3FDB">
            <w:r>
              <w:rPr>
                <w:b/>
              </w:rPr>
              <w:t>Home address</w:t>
            </w:r>
          </w:p>
        </w:tc>
        <w:tc>
          <w:tcPr>
            <w:tcW w:w="2628" w:type="dxa"/>
            <w:shd w:val="clear" w:color="auto" w:fill="E8F0FE"/>
          </w:tcPr>
          <w:p w14:paraId="552CD117" w14:textId="77777777" w:rsidR="00B32295" w:rsidRDefault="00B32295"/>
        </w:tc>
        <w:tc>
          <w:tcPr>
            <w:tcW w:w="2628" w:type="dxa"/>
          </w:tcPr>
          <w:p w14:paraId="335E40EA" w14:textId="77777777" w:rsidR="00B32295" w:rsidRDefault="002F3FDB">
            <w:r>
              <w:rPr>
                <w:b/>
              </w:rPr>
              <w:t>Postcode</w:t>
            </w:r>
          </w:p>
        </w:tc>
        <w:tc>
          <w:tcPr>
            <w:tcW w:w="2628" w:type="dxa"/>
            <w:shd w:val="clear" w:color="auto" w:fill="E8F0FE"/>
          </w:tcPr>
          <w:p w14:paraId="41ED1784" w14:textId="77777777" w:rsidR="00B32295" w:rsidRDefault="00B32295"/>
        </w:tc>
      </w:tr>
      <w:tr w:rsidR="00B32295" w14:paraId="729FDF96" w14:textId="77777777">
        <w:tc>
          <w:tcPr>
            <w:tcW w:w="2628" w:type="dxa"/>
          </w:tcPr>
          <w:p w14:paraId="439DAE76" w14:textId="77777777" w:rsidR="00B32295" w:rsidRDefault="002F3FDB">
            <w:r>
              <w:rPr>
                <w:b/>
              </w:rPr>
              <w:t>Email</w:t>
            </w:r>
          </w:p>
        </w:tc>
        <w:tc>
          <w:tcPr>
            <w:tcW w:w="2628" w:type="dxa"/>
            <w:shd w:val="clear" w:color="auto" w:fill="E8F0FE"/>
          </w:tcPr>
          <w:p w14:paraId="133AC587" w14:textId="77777777" w:rsidR="00B32295" w:rsidRDefault="00B32295"/>
        </w:tc>
        <w:tc>
          <w:tcPr>
            <w:tcW w:w="2628" w:type="dxa"/>
          </w:tcPr>
          <w:p w14:paraId="50B88BA8" w14:textId="77777777" w:rsidR="00B32295" w:rsidRDefault="002F3FDB">
            <w:r>
              <w:rPr>
                <w:b/>
              </w:rPr>
              <w:t>Mobile phone</w:t>
            </w:r>
          </w:p>
        </w:tc>
        <w:tc>
          <w:tcPr>
            <w:tcW w:w="2628" w:type="dxa"/>
            <w:shd w:val="clear" w:color="auto" w:fill="E8F0FE"/>
          </w:tcPr>
          <w:p w14:paraId="52D28E09" w14:textId="77777777" w:rsidR="00B32295" w:rsidRDefault="00B32295"/>
        </w:tc>
      </w:tr>
      <w:tr w:rsidR="00B32295" w14:paraId="6CB72627" w14:textId="77777777">
        <w:tc>
          <w:tcPr>
            <w:tcW w:w="2628" w:type="dxa"/>
          </w:tcPr>
          <w:p w14:paraId="7A51620B" w14:textId="77777777" w:rsidR="00B32295" w:rsidRDefault="002F3FDB">
            <w:r>
              <w:rPr>
                <w:b/>
              </w:rPr>
              <w:t>Date of birth (dd/mm/yyyy)</w:t>
            </w:r>
          </w:p>
        </w:tc>
        <w:tc>
          <w:tcPr>
            <w:tcW w:w="2628" w:type="dxa"/>
            <w:shd w:val="clear" w:color="auto" w:fill="E8F0FE"/>
          </w:tcPr>
          <w:p w14:paraId="1F2B3736" w14:textId="77777777" w:rsidR="00B32295" w:rsidRDefault="00B32295"/>
        </w:tc>
        <w:tc>
          <w:tcPr>
            <w:tcW w:w="2628" w:type="dxa"/>
          </w:tcPr>
          <w:p w14:paraId="57F1C5CB" w14:textId="77777777" w:rsidR="00B32295" w:rsidRDefault="002F3FDB">
            <w:r>
              <w:rPr>
                <w:b/>
              </w:rPr>
              <w:t>Gender (optional)</w:t>
            </w:r>
          </w:p>
        </w:tc>
        <w:tc>
          <w:tcPr>
            <w:tcW w:w="2628" w:type="dxa"/>
            <w:shd w:val="clear" w:color="auto" w:fill="E8F0FE"/>
          </w:tcPr>
          <w:p w14:paraId="713DD8E8" w14:textId="77777777" w:rsidR="00B32295" w:rsidRDefault="00B32295"/>
        </w:tc>
      </w:tr>
      <w:tr w:rsidR="00B32295" w14:paraId="6E954940" w14:textId="77777777">
        <w:tc>
          <w:tcPr>
            <w:tcW w:w="2628" w:type="dxa"/>
          </w:tcPr>
          <w:p w14:paraId="493F9955" w14:textId="77777777" w:rsidR="00B32295" w:rsidRDefault="002F3FDB">
            <w:r>
              <w:rPr>
                <w:b/>
              </w:rPr>
              <w:t>National Insurance number</w:t>
            </w:r>
          </w:p>
        </w:tc>
        <w:tc>
          <w:tcPr>
            <w:tcW w:w="2628" w:type="dxa"/>
            <w:shd w:val="clear" w:color="auto" w:fill="E8F0FE"/>
          </w:tcPr>
          <w:p w14:paraId="27EA32C3" w14:textId="77777777" w:rsidR="00B32295" w:rsidRDefault="00B32295"/>
        </w:tc>
        <w:tc>
          <w:tcPr>
            <w:tcW w:w="2628" w:type="dxa"/>
          </w:tcPr>
          <w:p w14:paraId="5EAA375B" w14:textId="77777777" w:rsidR="00B32295" w:rsidRDefault="002F3FDB">
            <w:r>
              <w:rPr>
                <w:b/>
              </w:rPr>
              <w:t>No NI? Applied? (☐ Yes/Date)</w:t>
            </w:r>
          </w:p>
        </w:tc>
        <w:tc>
          <w:tcPr>
            <w:tcW w:w="2628" w:type="dxa"/>
            <w:shd w:val="clear" w:color="auto" w:fill="E8F0FE"/>
          </w:tcPr>
          <w:p w14:paraId="431A9A11" w14:textId="77777777" w:rsidR="00B32295" w:rsidRDefault="00B32295"/>
        </w:tc>
      </w:tr>
    </w:tbl>
    <w:p w14:paraId="70281C99" w14:textId="77777777" w:rsidR="00B32295" w:rsidRDefault="00B32295"/>
    <w:p w14:paraId="4DDE1FA1" w14:textId="77777777" w:rsidR="00B32295" w:rsidRDefault="002F3FDB">
      <w:r>
        <w:rPr>
          <w:b/>
        </w:rPr>
        <w:t>2) Employment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3450AA4F" w14:textId="77777777">
        <w:tc>
          <w:tcPr>
            <w:tcW w:w="2628" w:type="dxa"/>
          </w:tcPr>
          <w:p w14:paraId="5D703BAD" w14:textId="77777777" w:rsidR="00B32295" w:rsidRDefault="002F3FDB">
            <w:r>
              <w:rPr>
                <w:b/>
              </w:rPr>
              <w:t>Start date (dd/mm/yyyy)</w:t>
            </w:r>
          </w:p>
        </w:tc>
        <w:tc>
          <w:tcPr>
            <w:tcW w:w="2628" w:type="dxa"/>
            <w:shd w:val="clear" w:color="auto" w:fill="E8F0FE"/>
          </w:tcPr>
          <w:p w14:paraId="35AE5409" w14:textId="77777777" w:rsidR="00B32295" w:rsidRDefault="00B32295"/>
        </w:tc>
        <w:tc>
          <w:tcPr>
            <w:tcW w:w="2628" w:type="dxa"/>
          </w:tcPr>
          <w:p w14:paraId="7BDA9E3B" w14:textId="77777777" w:rsidR="00B32295" w:rsidRDefault="002F3FDB">
            <w:r>
              <w:rPr>
                <w:b/>
              </w:rPr>
              <w:t>Job title/Dept</w:t>
            </w:r>
          </w:p>
        </w:tc>
        <w:tc>
          <w:tcPr>
            <w:tcW w:w="2628" w:type="dxa"/>
            <w:shd w:val="clear" w:color="auto" w:fill="E8F0FE"/>
          </w:tcPr>
          <w:p w14:paraId="0CF529C9" w14:textId="77777777" w:rsidR="00B32295" w:rsidRDefault="00B32295"/>
        </w:tc>
      </w:tr>
      <w:tr w:rsidR="00B32295" w14:paraId="43DB1A0C" w14:textId="77777777">
        <w:tc>
          <w:tcPr>
            <w:tcW w:w="2628" w:type="dxa"/>
          </w:tcPr>
          <w:p w14:paraId="15A26B93" w14:textId="77777777" w:rsidR="00B32295" w:rsidRDefault="002F3FDB">
            <w:r>
              <w:rPr>
                <w:b/>
              </w:rPr>
              <w:t>Work pattern (☐ Full-time ☐ Part-time ☐ Casual)</w:t>
            </w:r>
          </w:p>
        </w:tc>
        <w:tc>
          <w:tcPr>
            <w:tcW w:w="2628" w:type="dxa"/>
            <w:shd w:val="clear" w:color="auto" w:fill="E8F0FE"/>
          </w:tcPr>
          <w:p w14:paraId="130595D6" w14:textId="77777777" w:rsidR="00B32295" w:rsidRDefault="00B32295"/>
        </w:tc>
        <w:tc>
          <w:tcPr>
            <w:tcW w:w="2628" w:type="dxa"/>
          </w:tcPr>
          <w:p w14:paraId="5851E564" w14:textId="77777777" w:rsidR="00B32295" w:rsidRDefault="002F3FDB">
            <w:r>
              <w:rPr>
                <w:b/>
              </w:rPr>
              <w:t>Expected hours per week</w:t>
            </w:r>
          </w:p>
        </w:tc>
        <w:tc>
          <w:tcPr>
            <w:tcW w:w="2628" w:type="dxa"/>
            <w:shd w:val="clear" w:color="auto" w:fill="E8F0FE"/>
          </w:tcPr>
          <w:p w14:paraId="58DA2570" w14:textId="77777777" w:rsidR="00B32295" w:rsidRDefault="00B32295"/>
        </w:tc>
      </w:tr>
      <w:tr w:rsidR="00B32295" w14:paraId="3906E9D9" w14:textId="77777777">
        <w:tc>
          <w:tcPr>
            <w:tcW w:w="2628" w:type="dxa"/>
          </w:tcPr>
          <w:p w14:paraId="47830877" w14:textId="77777777" w:rsidR="00B32295" w:rsidRDefault="002F3FDB">
            <w:r>
              <w:rPr>
                <w:b/>
              </w:rPr>
              <w:t>Pay basis (☐ Salary ☐ Hourly)</w:t>
            </w:r>
          </w:p>
        </w:tc>
        <w:tc>
          <w:tcPr>
            <w:tcW w:w="2628" w:type="dxa"/>
            <w:shd w:val="clear" w:color="auto" w:fill="E8F0FE"/>
          </w:tcPr>
          <w:p w14:paraId="08E8895C" w14:textId="77777777" w:rsidR="00B32295" w:rsidRDefault="00B32295"/>
        </w:tc>
        <w:tc>
          <w:tcPr>
            <w:tcW w:w="2628" w:type="dxa"/>
          </w:tcPr>
          <w:p w14:paraId="5BEA56E0" w14:textId="77777777" w:rsidR="00B32295" w:rsidRDefault="002F3FDB">
            <w:r>
              <w:rPr>
                <w:b/>
              </w:rPr>
              <w:t>If hourly: rate £</w:t>
            </w:r>
          </w:p>
        </w:tc>
        <w:tc>
          <w:tcPr>
            <w:tcW w:w="2628" w:type="dxa"/>
            <w:shd w:val="clear" w:color="auto" w:fill="E8F0FE"/>
          </w:tcPr>
          <w:p w14:paraId="4813C204" w14:textId="77777777" w:rsidR="00B32295" w:rsidRDefault="00B32295"/>
        </w:tc>
      </w:tr>
    </w:tbl>
    <w:p w14:paraId="5945EDDE" w14:textId="77777777" w:rsidR="00B32295" w:rsidRDefault="00B32295"/>
    <w:p w14:paraId="6AC334CA" w14:textId="77777777" w:rsidR="00B32295" w:rsidRDefault="002F3FDB">
      <w:r>
        <w:rPr>
          <w:b/>
        </w:rPr>
        <w:t>3) HMRC Starter Declaration (choose ONE)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B32295" w14:paraId="56FEFDE4" w14:textId="77777777">
        <w:tc>
          <w:tcPr>
            <w:tcW w:w="10512" w:type="dxa"/>
            <w:shd w:val="clear" w:color="auto" w:fill="E8F0FE"/>
          </w:tcPr>
          <w:p w14:paraId="5DCD0CBC" w14:textId="77777777" w:rsidR="00B32295" w:rsidRDefault="00B32295"/>
          <w:p w14:paraId="1E6E82F5" w14:textId="6D355FBA" w:rsidR="00B32295" w:rsidRDefault="002F3FDB">
            <w:r>
              <w:t>☐ Statement A – This is my first job since 6 April</w:t>
            </w:r>
            <w:r w:rsidR="008879E1">
              <w:t>,</w:t>
            </w:r>
            <w:r>
              <w:t xml:space="preserve"> and I have not received taxable benefits or pensions in this tax year.</w:t>
            </w:r>
          </w:p>
          <w:p w14:paraId="10A2B1BF" w14:textId="77777777" w:rsidR="00B32295" w:rsidRDefault="002F3FDB">
            <w:r>
              <w:t>☐ Statement B – This is now my only job, but since 6 April I’ve had another job and/or received taxable benefits or pensions.</w:t>
            </w:r>
          </w:p>
          <w:p w14:paraId="4C899D77" w14:textId="77777777" w:rsidR="00B32295" w:rsidRDefault="002F3FDB">
            <w:r>
              <w:t>☐ Statement C – I have another job and/or I receive a state or occupational pension.</w:t>
            </w:r>
          </w:p>
          <w:p w14:paraId="566AB718" w14:textId="77777777" w:rsidR="00B32295" w:rsidRDefault="002F3FDB">
            <w:r>
              <w:t>P45 attached?  ☐ Yes  ☐ No    If No, please complete A/B/C above.</w:t>
            </w:r>
          </w:p>
        </w:tc>
      </w:tr>
    </w:tbl>
    <w:p w14:paraId="0F5EFC6E" w14:textId="77777777" w:rsidR="00B32295" w:rsidRDefault="00B32295"/>
    <w:p w14:paraId="4A06D151" w14:textId="77777777" w:rsidR="00B32295" w:rsidRDefault="002F3FDB">
      <w:r>
        <w:rPr>
          <w:b/>
        </w:rPr>
        <w:t>4) Student Loan &amp; Postgraduate Loan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457484AB" w14:textId="77777777">
        <w:tc>
          <w:tcPr>
            <w:tcW w:w="2628" w:type="dxa"/>
          </w:tcPr>
          <w:p w14:paraId="0298E39A" w14:textId="77777777" w:rsidR="00B32295" w:rsidRDefault="002F3FDB">
            <w:r>
              <w:rPr>
                <w:b/>
              </w:rPr>
              <w:t>Do you have a Student Loan which is not fully repaid? (☐ Yes ☐ No)</w:t>
            </w:r>
          </w:p>
        </w:tc>
        <w:tc>
          <w:tcPr>
            <w:tcW w:w="2628" w:type="dxa"/>
            <w:shd w:val="clear" w:color="auto" w:fill="E8F0FE"/>
          </w:tcPr>
          <w:p w14:paraId="3E602FE3" w14:textId="58D48D16" w:rsidR="00B32295" w:rsidRDefault="00B32295"/>
        </w:tc>
        <w:tc>
          <w:tcPr>
            <w:tcW w:w="2628" w:type="dxa"/>
          </w:tcPr>
          <w:p w14:paraId="0B19E000" w14:textId="77777777" w:rsidR="00B32295" w:rsidRDefault="002F3FDB">
            <w:r>
              <w:rPr>
                <w:b/>
              </w:rPr>
              <w:t>If Yes, tick plan:  ☐ Plan 1  ☐ Plan 2  ☐ Plan 4  ☐ Plan 5</w:t>
            </w:r>
          </w:p>
        </w:tc>
        <w:tc>
          <w:tcPr>
            <w:tcW w:w="2628" w:type="dxa"/>
            <w:shd w:val="clear" w:color="auto" w:fill="E8F0FE"/>
          </w:tcPr>
          <w:p w14:paraId="7AB323E2" w14:textId="77777777" w:rsidR="00B32295" w:rsidRDefault="00B32295"/>
        </w:tc>
      </w:tr>
      <w:tr w:rsidR="00B32295" w14:paraId="4EE6485B" w14:textId="77777777">
        <w:tc>
          <w:tcPr>
            <w:tcW w:w="2628" w:type="dxa"/>
          </w:tcPr>
          <w:p w14:paraId="22127FCC" w14:textId="77777777" w:rsidR="00B32295" w:rsidRDefault="002F3FDB">
            <w:r>
              <w:rPr>
                <w:b/>
              </w:rPr>
              <w:t>Are you repaying a Postgraduate Loan? (☐ Yes ☐ No)</w:t>
            </w:r>
          </w:p>
        </w:tc>
        <w:tc>
          <w:tcPr>
            <w:tcW w:w="2628" w:type="dxa"/>
            <w:shd w:val="clear" w:color="auto" w:fill="E8F0FE"/>
          </w:tcPr>
          <w:p w14:paraId="3ABD6943" w14:textId="77777777" w:rsidR="00B32295" w:rsidRDefault="00B32295"/>
        </w:tc>
        <w:tc>
          <w:tcPr>
            <w:tcW w:w="2628" w:type="dxa"/>
          </w:tcPr>
          <w:p w14:paraId="0F7BF301" w14:textId="77777777" w:rsidR="00B32295" w:rsidRDefault="002F3FDB">
            <w:r>
              <w:rPr>
                <w:b/>
              </w:rPr>
              <w:t>If Yes, any direct debit to SLC in place? (☐ Yes ☐ No)</w:t>
            </w:r>
          </w:p>
        </w:tc>
        <w:tc>
          <w:tcPr>
            <w:tcW w:w="2628" w:type="dxa"/>
            <w:shd w:val="clear" w:color="auto" w:fill="E8F0FE"/>
          </w:tcPr>
          <w:p w14:paraId="212621AA" w14:textId="77777777" w:rsidR="00B32295" w:rsidRDefault="00B32295"/>
        </w:tc>
      </w:tr>
      <w:tr w:rsidR="00B32295" w14:paraId="7F1898FA" w14:textId="77777777">
        <w:tc>
          <w:tcPr>
            <w:tcW w:w="2628" w:type="dxa"/>
          </w:tcPr>
          <w:p w14:paraId="73729D7A" w14:textId="77777777" w:rsidR="00B32295" w:rsidRDefault="002F3FDB">
            <w:r>
              <w:rPr>
                <w:b/>
              </w:rPr>
              <w:t>Country of study (if known)</w:t>
            </w:r>
          </w:p>
        </w:tc>
        <w:tc>
          <w:tcPr>
            <w:tcW w:w="2628" w:type="dxa"/>
            <w:shd w:val="clear" w:color="auto" w:fill="E8F0FE"/>
          </w:tcPr>
          <w:p w14:paraId="0F104A08" w14:textId="77777777" w:rsidR="00B32295" w:rsidRDefault="00B32295"/>
        </w:tc>
        <w:tc>
          <w:tcPr>
            <w:tcW w:w="2628" w:type="dxa"/>
          </w:tcPr>
          <w:p w14:paraId="7EF4E05B" w14:textId="77777777" w:rsidR="00B32295" w:rsidRDefault="002F3FDB">
            <w:r>
              <w:rPr>
                <w:b/>
              </w:rPr>
              <w:t>Course end date (mm/yyyy)</w:t>
            </w:r>
          </w:p>
        </w:tc>
        <w:tc>
          <w:tcPr>
            <w:tcW w:w="2628" w:type="dxa"/>
            <w:shd w:val="clear" w:color="auto" w:fill="E8F0FE"/>
          </w:tcPr>
          <w:p w14:paraId="134FFFE4" w14:textId="77777777" w:rsidR="00B32295" w:rsidRDefault="00B32295"/>
        </w:tc>
      </w:tr>
    </w:tbl>
    <w:p w14:paraId="6DB1B623" w14:textId="77777777" w:rsidR="00B32295" w:rsidRDefault="00B32295"/>
    <w:p w14:paraId="55A55EB7" w14:textId="77777777" w:rsidR="00B32295" w:rsidRDefault="002F3FDB">
      <w:r>
        <w:rPr>
          <w:b/>
        </w:rPr>
        <w:t>5) Residency &amp; Other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3AA38B8F" w14:textId="77777777">
        <w:tc>
          <w:tcPr>
            <w:tcW w:w="2628" w:type="dxa"/>
          </w:tcPr>
          <w:p w14:paraId="442F7204" w14:textId="77777777" w:rsidR="00B32295" w:rsidRDefault="002F3FDB">
            <w:r>
              <w:rPr>
                <w:b/>
              </w:rPr>
              <w:t>Ordinarily resident in the UK? (☐ Yes ☐ No)</w:t>
            </w:r>
          </w:p>
        </w:tc>
        <w:tc>
          <w:tcPr>
            <w:tcW w:w="2628" w:type="dxa"/>
            <w:shd w:val="clear" w:color="auto" w:fill="E8F0FE"/>
          </w:tcPr>
          <w:p w14:paraId="6B35CDA1" w14:textId="77777777" w:rsidR="00B32295" w:rsidRDefault="00B32295"/>
        </w:tc>
        <w:tc>
          <w:tcPr>
            <w:tcW w:w="2628" w:type="dxa"/>
          </w:tcPr>
          <w:p w14:paraId="0A1E92F3" w14:textId="77777777" w:rsidR="00B32295" w:rsidRDefault="002F3FDB">
            <w:r>
              <w:rPr>
                <w:b/>
              </w:rPr>
              <w:t>Right to work in UK evidenced (☐ Yes ☐ No)</w:t>
            </w:r>
          </w:p>
        </w:tc>
        <w:tc>
          <w:tcPr>
            <w:tcW w:w="2628" w:type="dxa"/>
            <w:shd w:val="clear" w:color="auto" w:fill="E8F0FE"/>
          </w:tcPr>
          <w:p w14:paraId="51F838B0" w14:textId="77777777" w:rsidR="00B32295" w:rsidRDefault="00B32295"/>
        </w:tc>
      </w:tr>
      <w:tr w:rsidR="00B32295" w14:paraId="68F25D00" w14:textId="77777777">
        <w:tc>
          <w:tcPr>
            <w:tcW w:w="2628" w:type="dxa"/>
          </w:tcPr>
          <w:p w14:paraId="2F2DBBB3" w14:textId="77777777" w:rsidR="00B32295" w:rsidRDefault="002F3FDB">
            <w:r>
              <w:rPr>
                <w:b/>
              </w:rPr>
              <w:t xml:space="preserve">Receive occupational/state </w:t>
            </w:r>
            <w:r>
              <w:rPr>
                <w:b/>
              </w:rPr>
              <w:lastRenderedPageBreak/>
              <w:t>pension? (☐ Yes ☐ No)</w:t>
            </w:r>
          </w:p>
        </w:tc>
        <w:tc>
          <w:tcPr>
            <w:tcW w:w="2628" w:type="dxa"/>
            <w:shd w:val="clear" w:color="auto" w:fill="E8F0FE"/>
          </w:tcPr>
          <w:p w14:paraId="08869833" w14:textId="77777777" w:rsidR="00B32295" w:rsidRDefault="00B32295"/>
        </w:tc>
        <w:tc>
          <w:tcPr>
            <w:tcW w:w="2628" w:type="dxa"/>
          </w:tcPr>
          <w:p w14:paraId="2E898BA9" w14:textId="77777777" w:rsidR="00B32295" w:rsidRDefault="002F3FDB">
            <w:r>
              <w:rPr>
                <w:b/>
              </w:rPr>
              <w:t xml:space="preserve">Any benefits in kind with this employer? (☐ Yes ☐ </w:t>
            </w:r>
            <w:r>
              <w:rPr>
                <w:b/>
              </w:rPr>
              <w:lastRenderedPageBreak/>
              <w:t>No)</w:t>
            </w:r>
          </w:p>
        </w:tc>
        <w:tc>
          <w:tcPr>
            <w:tcW w:w="2628" w:type="dxa"/>
            <w:shd w:val="clear" w:color="auto" w:fill="E8F0FE"/>
          </w:tcPr>
          <w:p w14:paraId="6DBF8F89" w14:textId="77777777" w:rsidR="00B32295" w:rsidRDefault="00B32295"/>
        </w:tc>
      </w:tr>
    </w:tbl>
    <w:p w14:paraId="34E6A7EF" w14:textId="77777777" w:rsidR="00B32295" w:rsidRDefault="00B32295"/>
    <w:p w14:paraId="0FC55AFD" w14:textId="77777777" w:rsidR="00B32295" w:rsidRDefault="002F3FDB">
      <w:r>
        <w:rPr>
          <w:b/>
        </w:rPr>
        <w:t>6) Bank Details (for payroll)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59DDA9BE" w14:textId="77777777">
        <w:tc>
          <w:tcPr>
            <w:tcW w:w="2628" w:type="dxa"/>
          </w:tcPr>
          <w:p w14:paraId="21404340" w14:textId="77777777" w:rsidR="00B32295" w:rsidRDefault="002F3FDB">
            <w:r>
              <w:rPr>
                <w:b/>
              </w:rPr>
              <w:t>Bank name</w:t>
            </w:r>
          </w:p>
        </w:tc>
        <w:tc>
          <w:tcPr>
            <w:tcW w:w="2628" w:type="dxa"/>
            <w:shd w:val="clear" w:color="auto" w:fill="E8F0FE"/>
          </w:tcPr>
          <w:p w14:paraId="3960AF97" w14:textId="77777777" w:rsidR="00B32295" w:rsidRDefault="00B32295"/>
        </w:tc>
        <w:tc>
          <w:tcPr>
            <w:tcW w:w="2628" w:type="dxa"/>
          </w:tcPr>
          <w:p w14:paraId="4D3CF651" w14:textId="77777777" w:rsidR="00B32295" w:rsidRDefault="002F3FDB">
            <w:r>
              <w:rPr>
                <w:b/>
              </w:rPr>
              <w:t>Account name</w:t>
            </w:r>
          </w:p>
        </w:tc>
        <w:tc>
          <w:tcPr>
            <w:tcW w:w="2628" w:type="dxa"/>
            <w:shd w:val="clear" w:color="auto" w:fill="E8F0FE"/>
          </w:tcPr>
          <w:p w14:paraId="36C25FB0" w14:textId="77777777" w:rsidR="00B32295" w:rsidRDefault="00B32295"/>
        </w:tc>
      </w:tr>
      <w:tr w:rsidR="00B32295" w14:paraId="67173AD0" w14:textId="77777777">
        <w:tc>
          <w:tcPr>
            <w:tcW w:w="2628" w:type="dxa"/>
          </w:tcPr>
          <w:p w14:paraId="27C5D0D1" w14:textId="77777777" w:rsidR="00B32295" w:rsidRDefault="002F3FDB">
            <w:r>
              <w:rPr>
                <w:b/>
              </w:rPr>
              <w:t>Sort code</w:t>
            </w:r>
          </w:p>
        </w:tc>
        <w:tc>
          <w:tcPr>
            <w:tcW w:w="2628" w:type="dxa"/>
            <w:shd w:val="clear" w:color="auto" w:fill="E8F0FE"/>
          </w:tcPr>
          <w:p w14:paraId="6AE89FE4" w14:textId="77777777" w:rsidR="00B32295" w:rsidRDefault="00B32295"/>
        </w:tc>
        <w:tc>
          <w:tcPr>
            <w:tcW w:w="2628" w:type="dxa"/>
          </w:tcPr>
          <w:p w14:paraId="794ACFFB" w14:textId="77777777" w:rsidR="00B32295" w:rsidRDefault="002F3FDB">
            <w:r>
              <w:rPr>
                <w:b/>
              </w:rPr>
              <w:t>Account number</w:t>
            </w:r>
          </w:p>
        </w:tc>
        <w:tc>
          <w:tcPr>
            <w:tcW w:w="2628" w:type="dxa"/>
            <w:shd w:val="clear" w:color="auto" w:fill="E8F0FE"/>
          </w:tcPr>
          <w:p w14:paraId="4619CE96" w14:textId="77777777" w:rsidR="00B32295" w:rsidRDefault="00B32295"/>
        </w:tc>
      </w:tr>
    </w:tbl>
    <w:p w14:paraId="0138341A" w14:textId="77777777" w:rsidR="00B32295" w:rsidRDefault="00B32295"/>
    <w:p w14:paraId="64338A8E" w14:textId="77777777" w:rsidR="00B32295" w:rsidRDefault="002F3FDB">
      <w:r>
        <w:rPr>
          <w:b/>
        </w:rPr>
        <w:t>7) Emergency Contact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367B6B7C" w14:textId="77777777">
        <w:tc>
          <w:tcPr>
            <w:tcW w:w="2628" w:type="dxa"/>
          </w:tcPr>
          <w:p w14:paraId="285763DF" w14:textId="77777777" w:rsidR="00B32295" w:rsidRDefault="002F3FDB">
            <w:r>
              <w:rPr>
                <w:b/>
              </w:rPr>
              <w:t>Name</w:t>
            </w:r>
          </w:p>
        </w:tc>
        <w:tc>
          <w:tcPr>
            <w:tcW w:w="2628" w:type="dxa"/>
            <w:shd w:val="clear" w:color="auto" w:fill="E8F0FE"/>
          </w:tcPr>
          <w:p w14:paraId="3B9F31BC" w14:textId="77777777" w:rsidR="00B32295" w:rsidRDefault="00B32295"/>
        </w:tc>
        <w:tc>
          <w:tcPr>
            <w:tcW w:w="2628" w:type="dxa"/>
          </w:tcPr>
          <w:p w14:paraId="6543DD53" w14:textId="77777777" w:rsidR="00B32295" w:rsidRDefault="002F3FDB">
            <w:r>
              <w:rPr>
                <w:b/>
              </w:rPr>
              <w:t>Phone</w:t>
            </w:r>
          </w:p>
        </w:tc>
        <w:tc>
          <w:tcPr>
            <w:tcW w:w="2628" w:type="dxa"/>
            <w:shd w:val="clear" w:color="auto" w:fill="E8F0FE"/>
          </w:tcPr>
          <w:p w14:paraId="778EA5CC" w14:textId="77777777" w:rsidR="00B32295" w:rsidRDefault="00B32295"/>
        </w:tc>
      </w:tr>
      <w:tr w:rsidR="00B32295" w14:paraId="2A1D0131" w14:textId="77777777">
        <w:tc>
          <w:tcPr>
            <w:tcW w:w="2628" w:type="dxa"/>
          </w:tcPr>
          <w:p w14:paraId="37D74EF0" w14:textId="77777777" w:rsidR="00B32295" w:rsidRDefault="00B32295"/>
        </w:tc>
        <w:tc>
          <w:tcPr>
            <w:tcW w:w="2628" w:type="dxa"/>
          </w:tcPr>
          <w:p w14:paraId="59FC0D53" w14:textId="77777777" w:rsidR="00B32295" w:rsidRDefault="00B32295"/>
        </w:tc>
        <w:tc>
          <w:tcPr>
            <w:tcW w:w="2628" w:type="dxa"/>
          </w:tcPr>
          <w:p w14:paraId="35981593" w14:textId="77777777" w:rsidR="00B32295" w:rsidRDefault="00B32295"/>
        </w:tc>
        <w:tc>
          <w:tcPr>
            <w:tcW w:w="2628" w:type="dxa"/>
          </w:tcPr>
          <w:p w14:paraId="26807BE0" w14:textId="77777777" w:rsidR="00B32295" w:rsidRDefault="00B32295"/>
        </w:tc>
      </w:tr>
      <w:tr w:rsidR="00B32295" w14:paraId="0C84532D" w14:textId="77777777">
        <w:tc>
          <w:tcPr>
            <w:tcW w:w="2628" w:type="dxa"/>
          </w:tcPr>
          <w:p w14:paraId="35C36CD9" w14:textId="77777777" w:rsidR="00B32295" w:rsidRDefault="002F3FDB">
            <w:r>
              <w:rPr>
                <w:b/>
              </w:rPr>
              <w:t>Phone</w:t>
            </w:r>
          </w:p>
        </w:tc>
        <w:tc>
          <w:tcPr>
            <w:tcW w:w="2628" w:type="dxa"/>
            <w:shd w:val="clear" w:color="auto" w:fill="E8F0FE"/>
          </w:tcPr>
          <w:p w14:paraId="25339594" w14:textId="77777777" w:rsidR="00B32295" w:rsidRDefault="00B32295"/>
        </w:tc>
        <w:tc>
          <w:tcPr>
            <w:tcW w:w="2628" w:type="dxa"/>
          </w:tcPr>
          <w:p w14:paraId="46FE12F3" w14:textId="77777777" w:rsidR="00B32295" w:rsidRDefault="002F3FDB">
            <w:r>
              <w:rPr>
                <w:b/>
              </w:rPr>
              <w:t>Email / Address</w:t>
            </w:r>
          </w:p>
        </w:tc>
        <w:tc>
          <w:tcPr>
            <w:tcW w:w="2628" w:type="dxa"/>
            <w:shd w:val="clear" w:color="auto" w:fill="E8F0FE"/>
          </w:tcPr>
          <w:p w14:paraId="1C29D95C" w14:textId="77777777" w:rsidR="00B32295" w:rsidRDefault="00B32295"/>
        </w:tc>
      </w:tr>
    </w:tbl>
    <w:p w14:paraId="4B779407" w14:textId="77777777" w:rsidR="00B32295" w:rsidRDefault="00B32295"/>
    <w:p w14:paraId="4576B09A" w14:textId="77777777" w:rsidR="00B32295" w:rsidRDefault="002F3FDB">
      <w:r>
        <w:rPr>
          <w:b/>
        </w:rPr>
        <w:t>8) Employee Declaration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B32295" w14:paraId="45BD02BF" w14:textId="77777777">
        <w:tc>
          <w:tcPr>
            <w:tcW w:w="10512" w:type="dxa"/>
            <w:gridSpan w:val="4"/>
          </w:tcPr>
          <w:p w14:paraId="7561D889" w14:textId="77777777" w:rsidR="00B32295" w:rsidRDefault="002F3FDB">
            <w:r>
              <w:rPr>
                <w:b/>
              </w:rPr>
              <w:t>I confirm the information provided is true and complete.</w:t>
            </w:r>
          </w:p>
        </w:tc>
      </w:tr>
      <w:tr w:rsidR="00B32295" w14:paraId="40E249FE" w14:textId="77777777">
        <w:tc>
          <w:tcPr>
            <w:tcW w:w="2628" w:type="dxa"/>
          </w:tcPr>
          <w:p w14:paraId="7F1F2057" w14:textId="77777777" w:rsidR="00B32295" w:rsidRDefault="002F3FDB">
            <w:r>
              <w:rPr>
                <w:b/>
              </w:rPr>
              <w:t>Signature</w:t>
            </w:r>
          </w:p>
        </w:tc>
        <w:tc>
          <w:tcPr>
            <w:tcW w:w="2628" w:type="dxa"/>
            <w:shd w:val="clear" w:color="auto" w:fill="E8F0FE"/>
          </w:tcPr>
          <w:p w14:paraId="6828AA55" w14:textId="77777777" w:rsidR="00B32295" w:rsidRDefault="00B32295"/>
        </w:tc>
        <w:tc>
          <w:tcPr>
            <w:tcW w:w="2628" w:type="dxa"/>
          </w:tcPr>
          <w:p w14:paraId="7B1B5B1D" w14:textId="77777777" w:rsidR="00B32295" w:rsidRDefault="002F3FDB">
            <w:r>
              <w:rPr>
                <w:b/>
              </w:rPr>
              <w:t>Date</w:t>
            </w:r>
          </w:p>
        </w:tc>
        <w:tc>
          <w:tcPr>
            <w:tcW w:w="2628" w:type="dxa"/>
            <w:shd w:val="clear" w:color="auto" w:fill="E8F0FE"/>
          </w:tcPr>
          <w:p w14:paraId="63835860" w14:textId="77777777" w:rsidR="00B32295" w:rsidRDefault="00B32295"/>
        </w:tc>
      </w:tr>
      <w:tr w:rsidR="00B32295" w14:paraId="2A515FDB" w14:textId="77777777">
        <w:tc>
          <w:tcPr>
            <w:tcW w:w="2628" w:type="dxa"/>
          </w:tcPr>
          <w:p w14:paraId="443D7D6D" w14:textId="77777777" w:rsidR="00B32295" w:rsidRDefault="00B32295"/>
        </w:tc>
        <w:tc>
          <w:tcPr>
            <w:tcW w:w="2628" w:type="dxa"/>
          </w:tcPr>
          <w:p w14:paraId="06018482" w14:textId="77777777" w:rsidR="00B32295" w:rsidRDefault="00B32295"/>
        </w:tc>
        <w:tc>
          <w:tcPr>
            <w:tcW w:w="2628" w:type="dxa"/>
          </w:tcPr>
          <w:p w14:paraId="034534C4" w14:textId="77777777" w:rsidR="00B32295" w:rsidRDefault="00B32295"/>
        </w:tc>
        <w:tc>
          <w:tcPr>
            <w:tcW w:w="2628" w:type="dxa"/>
          </w:tcPr>
          <w:p w14:paraId="1105E5E6" w14:textId="77777777" w:rsidR="00B32295" w:rsidRDefault="00B32295"/>
        </w:tc>
      </w:tr>
    </w:tbl>
    <w:p w14:paraId="0ED720FD" w14:textId="77777777" w:rsidR="00B32295" w:rsidRDefault="00B32295"/>
    <w:p w14:paraId="6E1947E0" w14:textId="77777777" w:rsidR="00B32295" w:rsidRDefault="002F3FDB">
      <w:r>
        <w:t>Privacy note: your data will be used for payroll and HMRC reporting and retained in line with our retention policy.</w:t>
      </w:r>
    </w:p>
    <w:p w14:paraId="703BCA52" w14:textId="77777777" w:rsidR="002F3FDB" w:rsidRPr="002F3FDB" w:rsidRDefault="002F3FDB" w:rsidP="002F3FDB"/>
    <w:p w14:paraId="026CCE29" w14:textId="77777777" w:rsidR="002F3FDB" w:rsidRPr="002F3FDB" w:rsidRDefault="002F3FDB" w:rsidP="002F3FDB"/>
    <w:p w14:paraId="27F7E1AD" w14:textId="77777777" w:rsidR="002F3FDB" w:rsidRPr="002F3FDB" w:rsidRDefault="002F3FDB" w:rsidP="002F3FDB">
      <w:pPr>
        <w:jc w:val="center"/>
      </w:pPr>
    </w:p>
    <w:sectPr w:rsidR="002F3FDB" w:rsidRPr="002F3FDB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7FA68" w14:textId="77777777" w:rsidR="0077521D" w:rsidRDefault="0077521D" w:rsidP="00FA4D04">
      <w:pPr>
        <w:spacing w:after="0" w:line="240" w:lineRule="auto"/>
      </w:pPr>
      <w:r>
        <w:separator/>
      </w:r>
    </w:p>
  </w:endnote>
  <w:endnote w:type="continuationSeparator" w:id="0">
    <w:p w14:paraId="29C8F4BA" w14:textId="77777777" w:rsidR="0077521D" w:rsidRDefault="0077521D" w:rsidP="00FA4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CDE0" w14:textId="0FF99DAF" w:rsidR="00FA4D04" w:rsidRDefault="00FA4D04" w:rsidP="00FA4D04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 w:rsidR="002F3FDB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854A" w14:textId="77777777" w:rsidR="0077521D" w:rsidRDefault="0077521D" w:rsidP="00FA4D04">
      <w:pPr>
        <w:spacing w:after="0" w:line="240" w:lineRule="auto"/>
      </w:pPr>
      <w:r>
        <w:separator/>
      </w:r>
    </w:p>
  </w:footnote>
  <w:footnote w:type="continuationSeparator" w:id="0">
    <w:p w14:paraId="23675ED4" w14:textId="77777777" w:rsidR="0077521D" w:rsidRDefault="0077521D" w:rsidP="00FA4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9536" w14:textId="253A09F8" w:rsidR="00FA4D04" w:rsidRDefault="002F3FDB">
    <w:pPr>
      <w:pStyle w:val="Header"/>
    </w:pPr>
    <w:r>
      <w:rPr>
        <w:noProof/>
      </w:rPr>
      <w:drawing>
        <wp:inline distT="0" distB="0" distL="0" distR="0" wp14:anchorId="1C16D82B" wp14:editId="09091897">
          <wp:extent cx="6467475" cy="1905000"/>
          <wp:effectExtent l="0" t="0" r="9525" b="0"/>
          <wp:docPr id="1467906641" name="Picture 2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906641" name="Picture 2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67475" cy="190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1D9E98" w14:textId="77777777" w:rsidR="00FA4D04" w:rsidRDefault="00FA4D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0748221">
    <w:abstractNumId w:val="8"/>
  </w:num>
  <w:num w:numId="2" w16cid:durableId="1987976459">
    <w:abstractNumId w:val="6"/>
  </w:num>
  <w:num w:numId="3" w16cid:durableId="1445462243">
    <w:abstractNumId w:val="5"/>
  </w:num>
  <w:num w:numId="4" w16cid:durableId="1863854616">
    <w:abstractNumId w:val="4"/>
  </w:num>
  <w:num w:numId="5" w16cid:durableId="504906682">
    <w:abstractNumId w:val="7"/>
  </w:num>
  <w:num w:numId="6" w16cid:durableId="1948654315">
    <w:abstractNumId w:val="3"/>
  </w:num>
  <w:num w:numId="7" w16cid:durableId="483393896">
    <w:abstractNumId w:val="2"/>
  </w:num>
  <w:num w:numId="8" w16cid:durableId="438572683">
    <w:abstractNumId w:val="1"/>
  </w:num>
  <w:num w:numId="9" w16cid:durableId="186509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3FDB"/>
    <w:rsid w:val="00313B68"/>
    <w:rsid w:val="00326F90"/>
    <w:rsid w:val="007030FC"/>
    <w:rsid w:val="0077521D"/>
    <w:rsid w:val="008879E1"/>
    <w:rsid w:val="00AA1D8D"/>
    <w:rsid w:val="00B32295"/>
    <w:rsid w:val="00B47730"/>
    <w:rsid w:val="00C36474"/>
    <w:rsid w:val="00CB0664"/>
    <w:rsid w:val="00FA4D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0259A68B-E59F-4F85-AFD7-3316EA60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</Words>
  <Characters>1683</Characters>
  <Application>Microsoft Office Word</Application>
  <DocSecurity>0</DocSecurity>
  <Lines>153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4</cp:revision>
  <dcterms:created xsi:type="dcterms:W3CDTF">2013-12-23T23:15:00Z</dcterms:created>
  <dcterms:modified xsi:type="dcterms:W3CDTF">2025-11-09T02:40:00Z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233dfffc-e0f5-4915-b0a9-98567feb7b93</vt:lpwstr>
  </property>
</Properties>
</file>