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229A8" w14:paraId="10A77C95" w14:textId="77777777">
        <w:tc>
          <w:tcPr>
            <w:tcW w:w="4320" w:type="dxa"/>
          </w:tcPr>
          <w:p w14:paraId="47ACB676" w14:textId="77777777" w:rsidR="009229A8" w:rsidRDefault="009229A8"/>
        </w:tc>
        <w:tc>
          <w:tcPr>
            <w:tcW w:w="4320" w:type="dxa"/>
          </w:tcPr>
          <w:p w14:paraId="47E0A85B" w14:textId="596E9CE9" w:rsidR="009229A8" w:rsidRDefault="009229A8"/>
        </w:tc>
      </w:tr>
    </w:tbl>
    <w:p w14:paraId="6B8BC998" w14:textId="77777777" w:rsidR="009229A8" w:rsidRDefault="00000000">
      <w:pPr>
        <w:jc w:val="center"/>
      </w:pPr>
      <w:r>
        <w:rPr>
          <w:b/>
          <w:sz w:val="44"/>
        </w:rPr>
        <w:t>PAYMENT RECEIPT (UK)</w:t>
      </w:r>
    </w:p>
    <w:p w14:paraId="6CC1BD95" w14:textId="77777777" w:rsidR="009229A8" w:rsidRDefault="009229A8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229A8" w14:paraId="4722ED16" w14:textId="77777777">
        <w:tc>
          <w:tcPr>
            <w:tcW w:w="2160" w:type="dxa"/>
          </w:tcPr>
          <w:p w14:paraId="5F92F696" w14:textId="77777777" w:rsidR="009229A8" w:rsidRDefault="00000000">
            <w:r>
              <w:rPr>
                <w:b/>
              </w:rPr>
              <w:t>Supplier (Your business)</w:t>
            </w:r>
          </w:p>
        </w:tc>
        <w:tc>
          <w:tcPr>
            <w:tcW w:w="2160" w:type="dxa"/>
            <w:shd w:val="clear" w:color="auto" w:fill="E8F0FE"/>
          </w:tcPr>
          <w:p w14:paraId="240AC344" w14:textId="77777777" w:rsidR="009229A8" w:rsidRDefault="009229A8"/>
        </w:tc>
        <w:tc>
          <w:tcPr>
            <w:tcW w:w="2160" w:type="dxa"/>
          </w:tcPr>
          <w:p w14:paraId="4BF1DB53" w14:textId="77777777" w:rsidR="009229A8" w:rsidRDefault="00000000">
            <w:r>
              <w:rPr>
                <w:b/>
              </w:rPr>
              <w:t>Customer (Payer)</w:t>
            </w:r>
          </w:p>
        </w:tc>
        <w:tc>
          <w:tcPr>
            <w:tcW w:w="2160" w:type="dxa"/>
            <w:shd w:val="clear" w:color="auto" w:fill="E8F0FE"/>
          </w:tcPr>
          <w:p w14:paraId="1877CDE8" w14:textId="77777777" w:rsidR="009229A8" w:rsidRDefault="009229A8"/>
        </w:tc>
      </w:tr>
      <w:tr w:rsidR="009229A8" w14:paraId="6BCC8257" w14:textId="77777777">
        <w:tc>
          <w:tcPr>
            <w:tcW w:w="2160" w:type="dxa"/>
          </w:tcPr>
          <w:p w14:paraId="21EE3A7D" w14:textId="77777777" w:rsidR="009229A8" w:rsidRDefault="00000000">
            <w:r>
              <w:rPr>
                <w:b/>
              </w:rPr>
              <w:t>Business name</w:t>
            </w:r>
          </w:p>
        </w:tc>
        <w:tc>
          <w:tcPr>
            <w:tcW w:w="2160" w:type="dxa"/>
            <w:shd w:val="clear" w:color="auto" w:fill="E8F0FE"/>
          </w:tcPr>
          <w:p w14:paraId="4B468A8D" w14:textId="77777777" w:rsidR="009229A8" w:rsidRDefault="009229A8"/>
        </w:tc>
        <w:tc>
          <w:tcPr>
            <w:tcW w:w="2160" w:type="dxa"/>
          </w:tcPr>
          <w:p w14:paraId="6C3E2574" w14:textId="77777777" w:rsidR="009229A8" w:rsidRDefault="00000000">
            <w:r>
              <w:rPr>
                <w:b/>
              </w:rPr>
              <w:t>Customer name</w:t>
            </w:r>
          </w:p>
        </w:tc>
        <w:tc>
          <w:tcPr>
            <w:tcW w:w="2160" w:type="dxa"/>
            <w:shd w:val="clear" w:color="auto" w:fill="E8F0FE"/>
          </w:tcPr>
          <w:p w14:paraId="272FB200" w14:textId="77777777" w:rsidR="009229A8" w:rsidRDefault="009229A8"/>
        </w:tc>
      </w:tr>
      <w:tr w:rsidR="009229A8" w14:paraId="6C414D52" w14:textId="77777777">
        <w:tc>
          <w:tcPr>
            <w:tcW w:w="2160" w:type="dxa"/>
          </w:tcPr>
          <w:p w14:paraId="1FB1235E" w14:textId="77777777" w:rsidR="009229A8" w:rsidRDefault="00000000">
            <w:r>
              <w:rPr>
                <w:b/>
              </w:rPr>
              <w:t>Address line 1</w:t>
            </w:r>
          </w:p>
        </w:tc>
        <w:tc>
          <w:tcPr>
            <w:tcW w:w="2160" w:type="dxa"/>
            <w:shd w:val="clear" w:color="auto" w:fill="E8F0FE"/>
          </w:tcPr>
          <w:p w14:paraId="69A68604" w14:textId="77777777" w:rsidR="009229A8" w:rsidRDefault="009229A8"/>
        </w:tc>
        <w:tc>
          <w:tcPr>
            <w:tcW w:w="2160" w:type="dxa"/>
          </w:tcPr>
          <w:p w14:paraId="3470427D" w14:textId="77777777" w:rsidR="009229A8" w:rsidRDefault="00000000">
            <w:r>
              <w:rPr>
                <w:b/>
              </w:rPr>
              <w:t>Address line 1</w:t>
            </w:r>
          </w:p>
        </w:tc>
        <w:tc>
          <w:tcPr>
            <w:tcW w:w="2160" w:type="dxa"/>
            <w:shd w:val="clear" w:color="auto" w:fill="E8F0FE"/>
          </w:tcPr>
          <w:p w14:paraId="51B372A0" w14:textId="77777777" w:rsidR="009229A8" w:rsidRDefault="009229A8"/>
        </w:tc>
      </w:tr>
      <w:tr w:rsidR="009229A8" w14:paraId="51559AB2" w14:textId="77777777">
        <w:tc>
          <w:tcPr>
            <w:tcW w:w="2160" w:type="dxa"/>
          </w:tcPr>
          <w:p w14:paraId="204043E5" w14:textId="77777777" w:rsidR="009229A8" w:rsidRDefault="00000000">
            <w:r>
              <w:rPr>
                <w:b/>
              </w:rPr>
              <w:t>Address line 2</w:t>
            </w:r>
          </w:p>
        </w:tc>
        <w:tc>
          <w:tcPr>
            <w:tcW w:w="2160" w:type="dxa"/>
            <w:shd w:val="clear" w:color="auto" w:fill="E8F0FE"/>
          </w:tcPr>
          <w:p w14:paraId="5C795A78" w14:textId="77777777" w:rsidR="009229A8" w:rsidRDefault="009229A8"/>
        </w:tc>
        <w:tc>
          <w:tcPr>
            <w:tcW w:w="2160" w:type="dxa"/>
          </w:tcPr>
          <w:p w14:paraId="369082DD" w14:textId="77777777" w:rsidR="009229A8" w:rsidRDefault="00000000">
            <w:r>
              <w:rPr>
                <w:b/>
              </w:rPr>
              <w:t>Address line 2</w:t>
            </w:r>
          </w:p>
        </w:tc>
        <w:tc>
          <w:tcPr>
            <w:tcW w:w="2160" w:type="dxa"/>
            <w:shd w:val="clear" w:color="auto" w:fill="E8F0FE"/>
          </w:tcPr>
          <w:p w14:paraId="60F926E2" w14:textId="77777777" w:rsidR="009229A8" w:rsidRDefault="009229A8"/>
        </w:tc>
      </w:tr>
      <w:tr w:rsidR="009229A8" w14:paraId="095A5635" w14:textId="77777777">
        <w:tc>
          <w:tcPr>
            <w:tcW w:w="2160" w:type="dxa"/>
          </w:tcPr>
          <w:p w14:paraId="5C1C7C66" w14:textId="77777777" w:rsidR="009229A8" w:rsidRDefault="00000000">
            <w:r>
              <w:rPr>
                <w:b/>
              </w:rPr>
              <w:t>City / Postcode</w:t>
            </w:r>
          </w:p>
        </w:tc>
        <w:tc>
          <w:tcPr>
            <w:tcW w:w="2160" w:type="dxa"/>
            <w:shd w:val="clear" w:color="auto" w:fill="E8F0FE"/>
          </w:tcPr>
          <w:p w14:paraId="4BDD37CF" w14:textId="77777777" w:rsidR="009229A8" w:rsidRDefault="009229A8"/>
        </w:tc>
        <w:tc>
          <w:tcPr>
            <w:tcW w:w="2160" w:type="dxa"/>
          </w:tcPr>
          <w:p w14:paraId="00B2E97A" w14:textId="77777777" w:rsidR="009229A8" w:rsidRDefault="00000000">
            <w:r>
              <w:rPr>
                <w:b/>
              </w:rPr>
              <w:t>City / Postcode</w:t>
            </w:r>
          </w:p>
        </w:tc>
        <w:tc>
          <w:tcPr>
            <w:tcW w:w="2160" w:type="dxa"/>
            <w:shd w:val="clear" w:color="auto" w:fill="E8F0FE"/>
          </w:tcPr>
          <w:p w14:paraId="6AB3A8A9" w14:textId="77777777" w:rsidR="009229A8" w:rsidRDefault="009229A8"/>
        </w:tc>
      </w:tr>
      <w:tr w:rsidR="009229A8" w14:paraId="15A303D8" w14:textId="77777777">
        <w:tc>
          <w:tcPr>
            <w:tcW w:w="2160" w:type="dxa"/>
          </w:tcPr>
          <w:p w14:paraId="69A9E307" w14:textId="77777777" w:rsidR="009229A8" w:rsidRDefault="00000000">
            <w:r>
              <w:rPr>
                <w:b/>
              </w:rPr>
              <w:t>VAT registration no.</w:t>
            </w:r>
          </w:p>
        </w:tc>
        <w:tc>
          <w:tcPr>
            <w:tcW w:w="2160" w:type="dxa"/>
            <w:shd w:val="clear" w:color="auto" w:fill="E8F0FE"/>
          </w:tcPr>
          <w:p w14:paraId="35777117" w14:textId="77777777" w:rsidR="009229A8" w:rsidRDefault="009229A8"/>
        </w:tc>
        <w:tc>
          <w:tcPr>
            <w:tcW w:w="2160" w:type="dxa"/>
          </w:tcPr>
          <w:p w14:paraId="423A4843" w14:textId="77777777" w:rsidR="009229A8" w:rsidRDefault="00000000">
            <w:r>
              <w:rPr>
                <w:b/>
              </w:rPr>
              <w:t>Customer VAT no. (if any)</w:t>
            </w:r>
          </w:p>
        </w:tc>
        <w:tc>
          <w:tcPr>
            <w:tcW w:w="2160" w:type="dxa"/>
            <w:shd w:val="clear" w:color="auto" w:fill="E8F0FE"/>
          </w:tcPr>
          <w:p w14:paraId="50F30210" w14:textId="77777777" w:rsidR="009229A8" w:rsidRDefault="009229A8"/>
        </w:tc>
      </w:tr>
      <w:tr w:rsidR="009229A8" w14:paraId="216943F7" w14:textId="77777777">
        <w:tc>
          <w:tcPr>
            <w:tcW w:w="2160" w:type="dxa"/>
          </w:tcPr>
          <w:p w14:paraId="29D73BC1" w14:textId="77777777" w:rsidR="009229A8" w:rsidRDefault="00000000">
            <w:r>
              <w:rPr>
                <w:b/>
              </w:rPr>
              <w:t>Email</w:t>
            </w:r>
          </w:p>
        </w:tc>
        <w:tc>
          <w:tcPr>
            <w:tcW w:w="2160" w:type="dxa"/>
            <w:shd w:val="clear" w:color="auto" w:fill="E8F0FE"/>
          </w:tcPr>
          <w:p w14:paraId="411C1D20" w14:textId="77777777" w:rsidR="009229A8" w:rsidRDefault="009229A8"/>
        </w:tc>
        <w:tc>
          <w:tcPr>
            <w:tcW w:w="2160" w:type="dxa"/>
          </w:tcPr>
          <w:p w14:paraId="6E962F70" w14:textId="77777777" w:rsidR="009229A8" w:rsidRDefault="00000000">
            <w:r>
              <w:rPr>
                <w:b/>
              </w:rPr>
              <w:t>Email / Phone</w:t>
            </w:r>
          </w:p>
        </w:tc>
        <w:tc>
          <w:tcPr>
            <w:tcW w:w="2160" w:type="dxa"/>
            <w:shd w:val="clear" w:color="auto" w:fill="E8F0FE"/>
          </w:tcPr>
          <w:p w14:paraId="12A6BB39" w14:textId="77777777" w:rsidR="009229A8" w:rsidRDefault="009229A8"/>
        </w:tc>
      </w:tr>
    </w:tbl>
    <w:p w14:paraId="5E610E6E" w14:textId="77777777" w:rsidR="009229A8" w:rsidRDefault="009229A8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229A8" w14:paraId="79DDD0CA" w14:textId="77777777">
        <w:tc>
          <w:tcPr>
            <w:tcW w:w="2160" w:type="dxa"/>
          </w:tcPr>
          <w:p w14:paraId="4C73788A" w14:textId="77777777" w:rsidR="009229A8" w:rsidRDefault="00000000">
            <w:r>
              <w:rPr>
                <w:b/>
              </w:rPr>
              <w:t>Receipt number</w:t>
            </w:r>
          </w:p>
        </w:tc>
        <w:tc>
          <w:tcPr>
            <w:tcW w:w="2160" w:type="dxa"/>
            <w:shd w:val="clear" w:color="auto" w:fill="E8F0FE"/>
          </w:tcPr>
          <w:p w14:paraId="04E4132A" w14:textId="77777777" w:rsidR="009229A8" w:rsidRDefault="009229A8"/>
        </w:tc>
        <w:tc>
          <w:tcPr>
            <w:tcW w:w="2160" w:type="dxa"/>
          </w:tcPr>
          <w:p w14:paraId="3CBFDB3E" w14:textId="77777777" w:rsidR="009229A8" w:rsidRDefault="00000000">
            <w:r>
              <w:rPr>
                <w:b/>
              </w:rPr>
              <w:t>Date received (dd/mm/yyyy)</w:t>
            </w:r>
          </w:p>
        </w:tc>
        <w:tc>
          <w:tcPr>
            <w:tcW w:w="2160" w:type="dxa"/>
            <w:shd w:val="clear" w:color="auto" w:fill="E8F0FE"/>
          </w:tcPr>
          <w:p w14:paraId="274AC113" w14:textId="77777777" w:rsidR="009229A8" w:rsidRDefault="009229A8"/>
        </w:tc>
      </w:tr>
      <w:tr w:rsidR="009229A8" w14:paraId="7B007897" w14:textId="77777777">
        <w:tc>
          <w:tcPr>
            <w:tcW w:w="2160" w:type="dxa"/>
          </w:tcPr>
          <w:p w14:paraId="4D9FBBE2" w14:textId="77777777" w:rsidR="009229A8" w:rsidRDefault="00000000">
            <w:r>
              <w:rPr>
                <w:b/>
              </w:rPr>
              <w:t>Amount received</w:t>
            </w:r>
          </w:p>
        </w:tc>
        <w:tc>
          <w:tcPr>
            <w:tcW w:w="2160" w:type="dxa"/>
            <w:shd w:val="clear" w:color="auto" w:fill="E8F0FE"/>
          </w:tcPr>
          <w:p w14:paraId="03F7B987" w14:textId="77777777" w:rsidR="009229A8" w:rsidRDefault="009229A8"/>
        </w:tc>
        <w:tc>
          <w:tcPr>
            <w:tcW w:w="2160" w:type="dxa"/>
          </w:tcPr>
          <w:p w14:paraId="51951D26" w14:textId="77777777" w:rsidR="009229A8" w:rsidRDefault="00000000">
            <w:r>
              <w:rPr>
                <w:b/>
              </w:rPr>
              <w:t>Currency (e.g., GBP)</w:t>
            </w:r>
          </w:p>
        </w:tc>
        <w:tc>
          <w:tcPr>
            <w:tcW w:w="2160" w:type="dxa"/>
            <w:shd w:val="clear" w:color="auto" w:fill="E8F0FE"/>
          </w:tcPr>
          <w:p w14:paraId="608C21FB" w14:textId="77777777" w:rsidR="009229A8" w:rsidRDefault="009229A8"/>
        </w:tc>
      </w:tr>
      <w:tr w:rsidR="009229A8" w14:paraId="37BA080E" w14:textId="77777777">
        <w:tc>
          <w:tcPr>
            <w:tcW w:w="2160" w:type="dxa"/>
          </w:tcPr>
          <w:p w14:paraId="5C1F33F6" w14:textId="77777777" w:rsidR="009229A8" w:rsidRDefault="00000000">
            <w:r>
              <w:rPr>
                <w:b/>
              </w:rPr>
              <w:t>Payment method</w:t>
            </w:r>
          </w:p>
        </w:tc>
        <w:tc>
          <w:tcPr>
            <w:tcW w:w="2160" w:type="dxa"/>
            <w:shd w:val="clear" w:color="auto" w:fill="E8F0FE"/>
          </w:tcPr>
          <w:p w14:paraId="34194EFE" w14:textId="77777777" w:rsidR="009229A8" w:rsidRDefault="009229A8"/>
        </w:tc>
        <w:tc>
          <w:tcPr>
            <w:tcW w:w="2160" w:type="dxa"/>
          </w:tcPr>
          <w:p w14:paraId="49F82BF5" w14:textId="77777777" w:rsidR="009229A8" w:rsidRDefault="00000000">
            <w:r>
              <w:rPr>
                <w:b/>
              </w:rPr>
              <w:t>Reference / Auth code</w:t>
            </w:r>
          </w:p>
        </w:tc>
        <w:tc>
          <w:tcPr>
            <w:tcW w:w="2160" w:type="dxa"/>
            <w:shd w:val="clear" w:color="auto" w:fill="E8F0FE"/>
          </w:tcPr>
          <w:p w14:paraId="50BB2CFF" w14:textId="77777777" w:rsidR="009229A8" w:rsidRDefault="009229A8"/>
        </w:tc>
      </w:tr>
    </w:tbl>
    <w:p w14:paraId="76D3DD9F" w14:textId="77777777" w:rsidR="009229A8" w:rsidRDefault="009229A8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229A8" w14:paraId="2353B774" w14:textId="77777777">
        <w:tc>
          <w:tcPr>
            <w:tcW w:w="2160" w:type="dxa"/>
          </w:tcPr>
          <w:p w14:paraId="38EA031D" w14:textId="77777777" w:rsidR="009229A8" w:rsidRDefault="00000000">
            <w:r>
              <w:rPr>
                <w:b/>
              </w:rPr>
              <w:t>Amount (ex VAT)</w:t>
            </w:r>
          </w:p>
        </w:tc>
        <w:tc>
          <w:tcPr>
            <w:tcW w:w="2160" w:type="dxa"/>
            <w:shd w:val="clear" w:color="auto" w:fill="E8F0FE"/>
          </w:tcPr>
          <w:p w14:paraId="04864E2C" w14:textId="77777777" w:rsidR="009229A8" w:rsidRDefault="009229A8"/>
        </w:tc>
        <w:tc>
          <w:tcPr>
            <w:tcW w:w="2160" w:type="dxa"/>
          </w:tcPr>
          <w:p w14:paraId="2F71B145" w14:textId="77777777" w:rsidR="009229A8" w:rsidRDefault="00000000">
            <w:r>
              <w:rPr>
                <w:b/>
              </w:rPr>
              <w:t>VAT amount</w:t>
            </w:r>
          </w:p>
        </w:tc>
        <w:tc>
          <w:tcPr>
            <w:tcW w:w="2160" w:type="dxa"/>
            <w:shd w:val="clear" w:color="auto" w:fill="E8F0FE"/>
          </w:tcPr>
          <w:p w14:paraId="37AA8241" w14:textId="77777777" w:rsidR="009229A8" w:rsidRDefault="009229A8"/>
        </w:tc>
      </w:tr>
      <w:tr w:rsidR="009229A8" w14:paraId="4E015CDC" w14:textId="77777777">
        <w:tc>
          <w:tcPr>
            <w:tcW w:w="2160" w:type="dxa"/>
          </w:tcPr>
          <w:p w14:paraId="5DB1ADB0" w14:textId="77777777" w:rsidR="009229A8" w:rsidRDefault="00000000">
            <w:r>
              <w:rPr>
                <w:b/>
              </w:rPr>
              <w:t>Amount (incl VAT)</w:t>
            </w:r>
          </w:p>
        </w:tc>
        <w:tc>
          <w:tcPr>
            <w:tcW w:w="2160" w:type="dxa"/>
            <w:shd w:val="clear" w:color="auto" w:fill="E8F0FE"/>
          </w:tcPr>
          <w:p w14:paraId="04611CE5" w14:textId="77777777" w:rsidR="009229A8" w:rsidRDefault="009229A8"/>
        </w:tc>
        <w:tc>
          <w:tcPr>
            <w:tcW w:w="2160" w:type="dxa"/>
          </w:tcPr>
          <w:p w14:paraId="1C9E3C82" w14:textId="77777777" w:rsidR="009229A8" w:rsidRDefault="00000000">
            <w:r>
              <w:rPr>
                <w:b/>
              </w:rPr>
              <w:t>VAT treatment (if applicable)</w:t>
            </w:r>
          </w:p>
        </w:tc>
        <w:tc>
          <w:tcPr>
            <w:tcW w:w="2160" w:type="dxa"/>
            <w:shd w:val="clear" w:color="auto" w:fill="E8F0FE"/>
          </w:tcPr>
          <w:p w14:paraId="7D840D5B" w14:textId="77777777" w:rsidR="009229A8" w:rsidRDefault="009229A8"/>
        </w:tc>
      </w:tr>
    </w:tbl>
    <w:p w14:paraId="381FF30E" w14:textId="77777777" w:rsidR="00413430" w:rsidRDefault="00413430">
      <w:pPr>
        <w:rPr>
          <w:b/>
        </w:rPr>
      </w:pPr>
    </w:p>
    <w:p w14:paraId="2D36A37A" w14:textId="29C6510C" w:rsidR="009229A8" w:rsidRDefault="00000000">
      <w:r>
        <w:rPr>
          <w:b/>
        </w:rPr>
        <w:t>Allocation (optional)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9229A8" w14:paraId="5EEC72FD" w14:textId="77777777">
        <w:tc>
          <w:tcPr>
            <w:tcW w:w="1440" w:type="dxa"/>
          </w:tcPr>
          <w:p w14:paraId="242A4C6C" w14:textId="77777777" w:rsidR="009229A8" w:rsidRDefault="00000000">
            <w:r>
              <w:rPr>
                <w:b/>
              </w:rPr>
              <w:lastRenderedPageBreak/>
              <w:t>Invoice / Ref</w:t>
            </w:r>
          </w:p>
        </w:tc>
        <w:tc>
          <w:tcPr>
            <w:tcW w:w="1440" w:type="dxa"/>
          </w:tcPr>
          <w:p w14:paraId="05C2A18E" w14:textId="77777777" w:rsidR="009229A8" w:rsidRDefault="00000000">
            <w:r>
              <w:rPr>
                <w:b/>
              </w:rPr>
              <w:t>Description</w:t>
            </w:r>
          </w:p>
        </w:tc>
        <w:tc>
          <w:tcPr>
            <w:tcW w:w="1440" w:type="dxa"/>
          </w:tcPr>
          <w:p w14:paraId="16BC81A8" w14:textId="77777777" w:rsidR="009229A8" w:rsidRDefault="00000000">
            <w:r>
              <w:rPr>
                <w:b/>
              </w:rPr>
              <w:t>Net (ex VAT)</w:t>
            </w:r>
          </w:p>
        </w:tc>
        <w:tc>
          <w:tcPr>
            <w:tcW w:w="1440" w:type="dxa"/>
          </w:tcPr>
          <w:p w14:paraId="58C6BEEE" w14:textId="77777777" w:rsidR="009229A8" w:rsidRDefault="00000000">
            <w:r>
              <w:rPr>
                <w:b/>
              </w:rPr>
              <w:t>VAT</w:t>
            </w:r>
          </w:p>
        </w:tc>
        <w:tc>
          <w:tcPr>
            <w:tcW w:w="1440" w:type="dxa"/>
          </w:tcPr>
          <w:p w14:paraId="5B979371" w14:textId="77777777" w:rsidR="009229A8" w:rsidRDefault="00000000">
            <w:r>
              <w:rPr>
                <w:b/>
              </w:rPr>
              <w:t>Gross</w:t>
            </w:r>
          </w:p>
        </w:tc>
        <w:tc>
          <w:tcPr>
            <w:tcW w:w="1440" w:type="dxa"/>
          </w:tcPr>
          <w:p w14:paraId="61002DDD" w14:textId="77777777" w:rsidR="009229A8" w:rsidRDefault="00000000">
            <w:r>
              <w:rPr>
                <w:b/>
              </w:rPr>
              <w:t>Paid this receipt</w:t>
            </w:r>
          </w:p>
        </w:tc>
      </w:tr>
      <w:tr w:rsidR="009229A8" w14:paraId="4A30ED71" w14:textId="77777777">
        <w:tc>
          <w:tcPr>
            <w:tcW w:w="1440" w:type="dxa"/>
            <w:shd w:val="clear" w:color="auto" w:fill="E8F0FE"/>
          </w:tcPr>
          <w:p w14:paraId="30044FD8" w14:textId="77777777" w:rsidR="009229A8" w:rsidRDefault="009229A8"/>
        </w:tc>
        <w:tc>
          <w:tcPr>
            <w:tcW w:w="1440" w:type="dxa"/>
            <w:shd w:val="clear" w:color="auto" w:fill="E8F0FE"/>
          </w:tcPr>
          <w:p w14:paraId="3077D594" w14:textId="77777777" w:rsidR="009229A8" w:rsidRDefault="009229A8"/>
        </w:tc>
        <w:tc>
          <w:tcPr>
            <w:tcW w:w="1440" w:type="dxa"/>
            <w:shd w:val="clear" w:color="auto" w:fill="E8F0FE"/>
          </w:tcPr>
          <w:p w14:paraId="00496CE1" w14:textId="77777777" w:rsidR="009229A8" w:rsidRDefault="009229A8"/>
        </w:tc>
        <w:tc>
          <w:tcPr>
            <w:tcW w:w="1440" w:type="dxa"/>
            <w:shd w:val="clear" w:color="auto" w:fill="E8F0FE"/>
          </w:tcPr>
          <w:p w14:paraId="1BE2AC9D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204B157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9144892" w14:textId="77777777" w:rsidR="009229A8" w:rsidRDefault="009229A8"/>
        </w:tc>
      </w:tr>
      <w:tr w:rsidR="009229A8" w14:paraId="57187705" w14:textId="77777777">
        <w:tc>
          <w:tcPr>
            <w:tcW w:w="1440" w:type="dxa"/>
            <w:shd w:val="clear" w:color="auto" w:fill="E8F0FE"/>
          </w:tcPr>
          <w:p w14:paraId="5211F12D" w14:textId="77777777" w:rsidR="009229A8" w:rsidRDefault="009229A8"/>
        </w:tc>
        <w:tc>
          <w:tcPr>
            <w:tcW w:w="1440" w:type="dxa"/>
            <w:shd w:val="clear" w:color="auto" w:fill="E8F0FE"/>
          </w:tcPr>
          <w:p w14:paraId="155E1F1F" w14:textId="77777777" w:rsidR="009229A8" w:rsidRDefault="009229A8"/>
        </w:tc>
        <w:tc>
          <w:tcPr>
            <w:tcW w:w="1440" w:type="dxa"/>
            <w:shd w:val="clear" w:color="auto" w:fill="E8F0FE"/>
          </w:tcPr>
          <w:p w14:paraId="56DC9E95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8BCAE6A" w14:textId="77777777" w:rsidR="009229A8" w:rsidRDefault="009229A8"/>
        </w:tc>
        <w:tc>
          <w:tcPr>
            <w:tcW w:w="1440" w:type="dxa"/>
            <w:shd w:val="clear" w:color="auto" w:fill="E8F0FE"/>
          </w:tcPr>
          <w:p w14:paraId="297C151E" w14:textId="77777777" w:rsidR="009229A8" w:rsidRDefault="009229A8"/>
        </w:tc>
        <w:tc>
          <w:tcPr>
            <w:tcW w:w="1440" w:type="dxa"/>
            <w:shd w:val="clear" w:color="auto" w:fill="E8F0FE"/>
          </w:tcPr>
          <w:p w14:paraId="1842D600" w14:textId="77777777" w:rsidR="009229A8" w:rsidRDefault="009229A8"/>
        </w:tc>
      </w:tr>
      <w:tr w:rsidR="009229A8" w14:paraId="037E1ECD" w14:textId="77777777">
        <w:tc>
          <w:tcPr>
            <w:tcW w:w="1440" w:type="dxa"/>
            <w:shd w:val="clear" w:color="auto" w:fill="E8F0FE"/>
          </w:tcPr>
          <w:p w14:paraId="609ADD6C" w14:textId="77777777" w:rsidR="009229A8" w:rsidRDefault="009229A8"/>
        </w:tc>
        <w:tc>
          <w:tcPr>
            <w:tcW w:w="1440" w:type="dxa"/>
            <w:shd w:val="clear" w:color="auto" w:fill="E8F0FE"/>
          </w:tcPr>
          <w:p w14:paraId="302D5393" w14:textId="77777777" w:rsidR="009229A8" w:rsidRDefault="009229A8"/>
        </w:tc>
        <w:tc>
          <w:tcPr>
            <w:tcW w:w="1440" w:type="dxa"/>
            <w:shd w:val="clear" w:color="auto" w:fill="E8F0FE"/>
          </w:tcPr>
          <w:p w14:paraId="55EBF1FD" w14:textId="77777777" w:rsidR="009229A8" w:rsidRDefault="009229A8"/>
        </w:tc>
        <w:tc>
          <w:tcPr>
            <w:tcW w:w="1440" w:type="dxa"/>
            <w:shd w:val="clear" w:color="auto" w:fill="E8F0FE"/>
          </w:tcPr>
          <w:p w14:paraId="57AF4A9B" w14:textId="77777777" w:rsidR="009229A8" w:rsidRDefault="009229A8"/>
        </w:tc>
        <w:tc>
          <w:tcPr>
            <w:tcW w:w="1440" w:type="dxa"/>
            <w:shd w:val="clear" w:color="auto" w:fill="E8F0FE"/>
          </w:tcPr>
          <w:p w14:paraId="7ACDF206" w14:textId="77777777" w:rsidR="009229A8" w:rsidRDefault="009229A8"/>
        </w:tc>
        <w:tc>
          <w:tcPr>
            <w:tcW w:w="1440" w:type="dxa"/>
            <w:shd w:val="clear" w:color="auto" w:fill="E8F0FE"/>
          </w:tcPr>
          <w:p w14:paraId="49CAC897" w14:textId="77777777" w:rsidR="009229A8" w:rsidRDefault="009229A8"/>
        </w:tc>
      </w:tr>
      <w:tr w:rsidR="009229A8" w14:paraId="2BCED402" w14:textId="77777777">
        <w:tc>
          <w:tcPr>
            <w:tcW w:w="1440" w:type="dxa"/>
            <w:shd w:val="clear" w:color="auto" w:fill="E8F0FE"/>
          </w:tcPr>
          <w:p w14:paraId="18705F10" w14:textId="77777777" w:rsidR="009229A8" w:rsidRDefault="009229A8"/>
        </w:tc>
        <w:tc>
          <w:tcPr>
            <w:tcW w:w="1440" w:type="dxa"/>
            <w:shd w:val="clear" w:color="auto" w:fill="E8F0FE"/>
          </w:tcPr>
          <w:p w14:paraId="29FBB252" w14:textId="77777777" w:rsidR="009229A8" w:rsidRDefault="009229A8"/>
        </w:tc>
        <w:tc>
          <w:tcPr>
            <w:tcW w:w="1440" w:type="dxa"/>
            <w:shd w:val="clear" w:color="auto" w:fill="E8F0FE"/>
          </w:tcPr>
          <w:p w14:paraId="37F4AE89" w14:textId="77777777" w:rsidR="009229A8" w:rsidRDefault="009229A8"/>
        </w:tc>
        <w:tc>
          <w:tcPr>
            <w:tcW w:w="1440" w:type="dxa"/>
            <w:shd w:val="clear" w:color="auto" w:fill="E8F0FE"/>
          </w:tcPr>
          <w:p w14:paraId="40D880D5" w14:textId="77777777" w:rsidR="009229A8" w:rsidRDefault="009229A8"/>
        </w:tc>
        <w:tc>
          <w:tcPr>
            <w:tcW w:w="1440" w:type="dxa"/>
            <w:shd w:val="clear" w:color="auto" w:fill="E8F0FE"/>
          </w:tcPr>
          <w:p w14:paraId="4CD334A9" w14:textId="77777777" w:rsidR="009229A8" w:rsidRDefault="009229A8"/>
        </w:tc>
        <w:tc>
          <w:tcPr>
            <w:tcW w:w="1440" w:type="dxa"/>
            <w:shd w:val="clear" w:color="auto" w:fill="E8F0FE"/>
          </w:tcPr>
          <w:p w14:paraId="5D980398" w14:textId="77777777" w:rsidR="009229A8" w:rsidRDefault="009229A8"/>
        </w:tc>
      </w:tr>
      <w:tr w:rsidR="009229A8" w14:paraId="0908DBF5" w14:textId="77777777">
        <w:tc>
          <w:tcPr>
            <w:tcW w:w="1440" w:type="dxa"/>
            <w:shd w:val="clear" w:color="auto" w:fill="E8F0FE"/>
          </w:tcPr>
          <w:p w14:paraId="38A818E2" w14:textId="77777777" w:rsidR="009229A8" w:rsidRDefault="009229A8"/>
        </w:tc>
        <w:tc>
          <w:tcPr>
            <w:tcW w:w="1440" w:type="dxa"/>
            <w:shd w:val="clear" w:color="auto" w:fill="E8F0FE"/>
          </w:tcPr>
          <w:p w14:paraId="23CF6CDF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7906786" w14:textId="77777777" w:rsidR="009229A8" w:rsidRDefault="009229A8"/>
        </w:tc>
        <w:tc>
          <w:tcPr>
            <w:tcW w:w="1440" w:type="dxa"/>
            <w:shd w:val="clear" w:color="auto" w:fill="E8F0FE"/>
          </w:tcPr>
          <w:p w14:paraId="29E06895" w14:textId="77777777" w:rsidR="009229A8" w:rsidRDefault="009229A8"/>
        </w:tc>
        <w:tc>
          <w:tcPr>
            <w:tcW w:w="1440" w:type="dxa"/>
            <w:shd w:val="clear" w:color="auto" w:fill="E8F0FE"/>
          </w:tcPr>
          <w:p w14:paraId="2118DAFF" w14:textId="77777777" w:rsidR="009229A8" w:rsidRDefault="009229A8"/>
        </w:tc>
        <w:tc>
          <w:tcPr>
            <w:tcW w:w="1440" w:type="dxa"/>
            <w:shd w:val="clear" w:color="auto" w:fill="E8F0FE"/>
          </w:tcPr>
          <w:p w14:paraId="51962B52" w14:textId="77777777" w:rsidR="009229A8" w:rsidRDefault="009229A8"/>
        </w:tc>
      </w:tr>
      <w:tr w:rsidR="009229A8" w14:paraId="7FEA23B1" w14:textId="77777777">
        <w:tc>
          <w:tcPr>
            <w:tcW w:w="1440" w:type="dxa"/>
            <w:shd w:val="clear" w:color="auto" w:fill="E8F0FE"/>
          </w:tcPr>
          <w:p w14:paraId="33EB0073" w14:textId="77777777" w:rsidR="009229A8" w:rsidRDefault="009229A8"/>
        </w:tc>
        <w:tc>
          <w:tcPr>
            <w:tcW w:w="1440" w:type="dxa"/>
            <w:shd w:val="clear" w:color="auto" w:fill="E8F0FE"/>
          </w:tcPr>
          <w:p w14:paraId="597D0954" w14:textId="77777777" w:rsidR="009229A8" w:rsidRDefault="009229A8"/>
        </w:tc>
        <w:tc>
          <w:tcPr>
            <w:tcW w:w="1440" w:type="dxa"/>
            <w:shd w:val="clear" w:color="auto" w:fill="E8F0FE"/>
          </w:tcPr>
          <w:p w14:paraId="2CDBB548" w14:textId="77777777" w:rsidR="009229A8" w:rsidRDefault="009229A8"/>
        </w:tc>
        <w:tc>
          <w:tcPr>
            <w:tcW w:w="1440" w:type="dxa"/>
            <w:shd w:val="clear" w:color="auto" w:fill="E8F0FE"/>
          </w:tcPr>
          <w:p w14:paraId="03C655DD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AD8B66E" w14:textId="77777777" w:rsidR="009229A8" w:rsidRDefault="009229A8"/>
        </w:tc>
        <w:tc>
          <w:tcPr>
            <w:tcW w:w="1440" w:type="dxa"/>
            <w:shd w:val="clear" w:color="auto" w:fill="E8F0FE"/>
          </w:tcPr>
          <w:p w14:paraId="16DB8E2D" w14:textId="77777777" w:rsidR="009229A8" w:rsidRDefault="009229A8"/>
        </w:tc>
      </w:tr>
      <w:tr w:rsidR="009229A8" w14:paraId="68A0BBEB" w14:textId="77777777">
        <w:tc>
          <w:tcPr>
            <w:tcW w:w="1440" w:type="dxa"/>
            <w:shd w:val="clear" w:color="auto" w:fill="E8F0FE"/>
          </w:tcPr>
          <w:p w14:paraId="54684B37" w14:textId="77777777" w:rsidR="009229A8" w:rsidRDefault="009229A8"/>
        </w:tc>
        <w:tc>
          <w:tcPr>
            <w:tcW w:w="1440" w:type="dxa"/>
            <w:shd w:val="clear" w:color="auto" w:fill="E8F0FE"/>
          </w:tcPr>
          <w:p w14:paraId="401A5805" w14:textId="77777777" w:rsidR="009229A8" w:rsidRDefault="009229A8"/>
        </w:tc>
        <w:tc>
          <w:tcPr>
            <w:tcW w:w="1440" w:type="dxa"/>
            <w:shd w:val="clear" w:color="auto" w:fill="E8F0FE"/>
          </w:tcPr>
          <w:p w14:paraId="4DAF85E4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1B06001" w14:textId="77777777" w:rsidR="009229A8" w:rsidRDefault="009229A8"/>
        </w:tc>
        <w:tc>
          <w:tcPr>
            <w:tcW w:w="1440" w:type="dxa"/>
            <w:shd w:val="clear" w:color="auto" w:fill="E8F0FE"/>
          </w:tcPr>
          <w:p w14:paraId="466000F2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C11240B" w14:textId="77777777" w:rsidR="009229A8" w:rsidRDefault="009229A8"/>
        </w:tc>
      </w:tr>
      <w:tr w:rsidR="009229A8" w14:paraId="007E82D6" w14:textId="77777777">
        <w:tc>
          <w:tcPr>
            <w:tcW w:w="1440" w:type="dxa"/>
            <w:shd w:val="clear" w:color="auto" w:fill="E8F0FE"/>
          </w:tcPr>
          <w:p w14:paraId="7956255F" w14:textId="77777777" w:rsidR="009229A8" w:rsidRDefault="009229A8"/>
        </w:tc>
        <w:tc>
          <w:tcPr>
            <w:tcW w:w="1440" w:type="dxa"/>
            <w:shd w:val="clear" w:color="auto" w:fill="E8F0FE"/>
          </w:tcPr>
          <w:p w14:paraId="78E4A924" w14:textId="77777777" w:rsidR="009229A8" w:rsidRDefault="009229A8"/>
        </w:tc>
        <w:tc>
          <w:tcPr>
            <w:tcW w:w="1440" w:type="dxa"/>
            <w:shd w:val="clear" w:color="auto" w:fill="E8F0FE"/>
          </w:tcPr>
          <w:p w14:paraId="7739BF30" w14:textId="77777777" w:rsidR="009229A8" w:rsidRDefault="009229A8"/>
        </w:tc>
        <w:tc>
          <w:tcPr>
            <w:tcW w:w="1440" w:type="dxa"/>
            <w:shd w:val="clear" w:color="auto" w:fill="E8F0FE"/>
          </w:tcPr>
          <w:p w14:paraId="7D68910A" w14:textId="77777777" w:rsidR="009229A8" w:rsidRDefault="009229A8"/>
        </w:tc>
        <w:tc>
          <w:tcPr>
            <w:tcW w:w="1440" w:type="dxa"/>
            <w:shd w:val="clear" w:color="auto" w:fill="E8F0FE"/>
          </w:tcPr>
          <w:p w14:paraId="2F912F89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FD95AD5" w14:textId="77777777" w:rsidR="009229A8" w:rsidRDefault="009229A8"/>
        </w:tc>
      </w:tr>
      <w:tr w:rsidR="009229A8" w14:paraId="22D8BBC9" w14:textId="77777777">
        <w:tc>
          <w:tcPr>
            <w:tcW w:w="1440" w:type="dxa"/>
            <w:shd w:val="clear" w:color="auto" w:fill="E8F0FE"/>
          </w:tcPr>
          <w:p w14:paraId="106DFD20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6945CA3" w14:textId="77777777" w:rsidR="009229A8" w:rsidRDefault="009229A8"/>
        </w:tc>
        <w:tc>
          <w:tcPr>
            <w:tcW w:w="1440" w:type="dxa"/>
            <w:shd w:val="clear" w:color="auto" w:fill="E8F0FE"/>
          </w:tcPr>
          <w:p w14:paraId="64B2BE67" w14:textId="77777777" w:rsidR="009229A8" w:rsidRDefault="009229A8"/>
        </w:tc>
        <w:tc>
          <w:tcPr>
            <w:tcW w:w="1440" w:type="dxa"/>
            <w:shd w:val="clear" w:color="auto" w:fill="E8F0FE"/>
          </w:tcPr>
          <w:p w14:paraId="383F6E34" w14:textId="77777777" w:rsidR="009229A8" w:rsidRDefault="009229A8"/>
        </w:tc>
        <w:tc>
          <w:tcPr>
            <w:tcW w:w="1440" w:type="dxa"/>
            <w:shd w:val="clear" w:color="auto" w:fill="E8F0FE"/>
          </w:tcPr>
          <w:p w14:paraId="7473933C" w14:textId="77777777" w:rsidR="009229A8" w:rsidRDefault="009229A8"/>
        </w:tc>
        <w:tc>
          <w:tcPr>
            <w:tcW w:w="1440" w:type="dxa"/>
            <w:shd w:val="clear" w:color="auto" w:fill="E8F0FE"/>
          </w:tcPr>
          <w:p w14:paraId="10E4568B" w14:textId="77777777" w:rsidR="009229A8" w:rsidRDefault="009229A8"/>
        </w:tc>
      </w:tr>
      <w:tr w:rsidR="009229A8" w14:paraId="1E9D3BA9" w14:textId="77777777">
        <w:tc>
          <w:tcPr>
            <w:tcW w:w="1440" w:type="dxa"/>
            <w:shd w:val="clear" w:color="auto" w:fill="E8F0FE"/>
          </w:tcPr>
          <w:p w14:paraId="6FA8C4B7" w14:textId="77777777" w:rsidR="009229A8" w:rsidRDefault="009229A8"/>
        </w:tc>
        <w:tc>
          <w:tcPr>
            <w:tcW w:w="1440" w:type="dxa"/>
            <w:shd w:val="clear" w:color="auto" w:fill="E8F0FE"/>
          </w:tcPr>
          <w:p w14:paraId="388F9140" w14:textId="77777777" w:rsidR="009229A8" w:rsidRDefault="009229A8"/>
        </w:tc>
        <w:tc>
          <w:tcPr>
            <w:tcW w:w="1440" w:type="dxa"/>
            <w:shd w:val="clear" w:color="auto" w:fill="E8F0FE"/>
          </w:tcPr>
          <w:p w14:paraId="76C405F6" w14:textId="77777777" w:rsidR="009229A8" w:rsidRDefault="009229A8"/>
        </w:tc>
        <w:tc>
          <w:tcPr>
            <w:tcW w:w="1440" w:type="dxa"/>
            <w:shd w:val="clear" w:color="auto" w:fill="E8F0FE"/>
          </w:tcPr>
          <w:p w14:paraId="592593AB" w14:textId="77777777" w:rsidR="009229A8" w:rsidRDefault="009229A8"/>
        </w:tc>
        <w:tc>
          <w:tcPr>
            <w:tcW w:w="1440" w:type="dxa"/>
            <w:shd w:val="clear" w:color="auto" w:fill="E8F0FE"/>
          </w:tcPr>
          <w:p w14:paraId="119EF724" w14:textId="77777777" w:rsidR="009229A8" w:rsidRDefault="009229A8"/>
        </w:tc>
        <w:tc>
          <w:tcPr>
            <w:tcW w:w="1440" w:type="dxa"/>
            <w:shd w:val="clear" w:color="auto" w:fill="E8F0FE"/>
          </w:tcPr>
          <w:p w14:paraId="1A7BE8C3" w14:textId="77777777" w:rsidR="009229A8" w:rsidRDefault="009229A8"/>
        </w:tc>
      </w:tr>
    </w:tbl>
    <w:p w14:paraId="11068C6D" w14:textId="77777777" w:rsidR="009229A8" w:rsidRDefault="009229A8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229A8" w14:paraId="3BB8632A" w14:textId="77777777">
        <w:tc>
          <w:tcPr>
            <w:tcW w:w="2160" w:type="dxa"/>
          </w:tcPr>
          <w:p w14:paraId="4345F6C2" w14:textId="77777777" w:rsidR="009229A8" w:rsidRDefault="00000000">
            <w:r>
              <w:rPr>
                <w:b/>
              </w:rPr>
              <w:t>Balance remaining (after this receipt)</w:t>
            </w:r>
          </w:p>
        </w:tc>
        <w:tc>
          <w:tcPr>
            <w:tcW w:w="2160" w:type="dxa"/>
            <w:shd w:val="clear" w:color="auto" w:fill="E8F0FE"/>
          </w:tcPr>
          <w:p w14:paraId="6E183D0D" w14:textId="77777777" w:rsidR="009229A8" w:rsidRDefault="009229A8"/>
        </w:tc>
        <w:tc>
          <w:tcPr>
            <w:tcW w:w="2160" w:type="dxa"/>
          </w:tcPr>
          <w:p w14:paraId="32EB0DFD" w14:textId="77777777" w:rsidR="009229A8" w:rsidRDefault="00000000">
            <w:r>
              <w:rPr>
                <w:b/>
              </w:rPr>
              <w:t>Outstanding notes</w:t>
            </w:r>
          </w:p>
        </w:tc>
        <w:tc>
          <w:tcPr>
            <w:tcW w:w="2160" w:type="dxa"/>
            <w:shd w:val="clear" w:color="auto" w:fill="E8F0FE"/>
          </w:tcPr>
          <w:p w14:paraId="7E847CE5" w14:textId="77777777" w:rsidR="009229A8" w:rsidRDefault="009229A8"/>
        </w:tc>
      </w:tr>
    </w:tbl>
    <w:p w14:paraId="29124BC2" w14:textId="77777777" w:rsidR="009229A8" w:rsidRDefault="00000000">
      <w:r>
        <w:rPr>
          <w:b/>
        </w:rPr>
        <w:t>Notes (optional)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9229A8" w14:paraId="64ECF891" w14:textId="77777777">
        <w:tc>
          <w:tcPr>
            <w:tcW w:w="8640" w:type="dxa"/>
            <w:shd w:val="clear" w:color="auto" w:fill="E8F0FE"/>
          </w:tcPr>
          <w:p w14:paraId="3DF11630" w14:textId="77777777" w:rsidR="009229A8" w:rsidRDefault="009229A8"/>
        </w:tc>
      </w:tr>
      <w:tr w:rsidR="009229A8" w14:paraId="536D0300" w14:textId="77777777">
        <w:tc>
          <w:tcPr>
            <w:tcW w:w="8640" w:type="dxa"/>
            <w:shd w:val="clear" w:color="auto" w:fill="E8F0FE"/>
          </w:tcPr>
          <w:p w14:paraId="7208B74D" w14:textId="77777777" w:rsidR="009229A8" w:rsidRDefault="009229A8"/>
        </w:tc>
      </w:tr>
    </w:tbl>
    <w:p w14:paraId="181904EC" w14:textId="77777777" w:rsidR="009229A8" w:rsidRDefault="009229A8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229A8" w14:paraId="1180E95D" w14:textId="77777777">
        <w:tc>
          <w:tcPr>
            <w:tcW w:w="2160" w:type="dxa"/>
          </w:tcPr>
          <w:p w14:paraId="12DE971F" w14:textId="77777777" w:rsidR="009229A8" w:rsidRDefault="00000000">
            <w:r>
              <w:rPr>
                <w:b/>
              </w:rPr>
              <w:t>Issued by (name)</w:t>
            </w:r>
          </w:p>
        </w:tc>
        <w:tc>
          <w:tcPr>
            <w:tcW w:w="2160" w:type="dxa"/>
            <w:shd w:val="clear" w:color="auto" w:fill="E8F0FE"/>
          </w:tcPr>
          <w:p w14:paraId="00583B62" w14:textId="77777777" w:rsidR="009229A8" w:rsidRDefault="009229A8"/>
        </w:tc>
        <w:tc>
          <w:tcPr>
            <w:tcW w:w="2160" w:type="dxa"/>
          </w:tcPr>
          <w:p w14:paraId="53EADE24" w14:textId="77777777" w:rsidR="009229A8" w:rsidRDefault="00000000">
            <w:r>
              <w:rPr>
                <w:b/>
              </w:rPr>
              <w:t>Signature</w:t>
            </w:r>
          </w:p>
        </w:tc>
        <w:tc>
          <w:tcPr>
            <w:tcW w:w="2160" w:type="dxa"/>
            <w:shd w:val="clear" w:color="auto" w:fill="E8F0FE"/>
          </w:tcPr>
          <w:p w14:paraId="7458E61D" w14:textId="77777777" w:rsidR="009229A8" w:rsidRDefault="009229A8"/>
        </w:tc>
      </w:tr>
      <w:tr w:rsidR="009229A8" w14:paraId="7FD73270" w14:textId="77777777">
        <w:tc>
          <w:tcPr>
            <w:tcW w:w="2160" w:type="dxa"/>
          </w:tcPr>
          <w:p w14:paraId="19854DF5" w14:textId="77777777" w:rsidR="009229A8" w:rsidRDefault="00000000">
            <w:r>
              <w:rPr>
                <w:b/>
              </w:rPr>
              <w:t>Date</w:t>
            </w:r>
          </w:p>
        </w:tc>
        <w:tc>
          <w:tcPr>
            <w:tcW w:w="2160" w:type="dxa"/>
            <w:shd w:val="clear" w:color="auto" w:fill="E8F0FE"/>
          </w:tcPr>
          <w:p w14:paraId="2A0C7A2F" w14:textId="77777777" w:rsidR="009229A8" w:rsidRDefault="009229A8"/>
        </w:tc>
        <w:tc>
          <w:tcPr>
            <w:tcW w:w="2160" w:type="dxa"/>
          </w:tcPr>
          <w:p w14:paraId="3BB8302C" w14:textId="77777777" w:rsidR="009229A8" w:rsidRDefault="00000000">
            <w:r>
              <w:rPr>
                <w:b/>
              </w:rPr>
              <w:t>Position / Department</w:t>
            </w:r>
          </w:p>
        </w:tc>
        <w:tc>
          <w:tcPr>
            <w:tcW w:w="2160" w:type="dxa"/>
            <w:shd w:val="clear" w:color="auto" w:fill="E8F0FE"/>
          </w:tcPr>
          <w:p w14:paraId="241CCC52" w14:textId="77777777" w:rsidR="009229A8" w:rsidRDefault="009229A8"/>
        </w:tc>
      </w:tr>
    </w:tbl>
    <w:p w14:paraId="7DB6EBEB" w14:textId="77777777" w:rsidR="009229A8" w:rsidRDefault="009229A8"/>
    <w:p w14:paraId="3858DDE0" w14:textId="2DF40C9C" w:rsidR="009229A8" w:rsidRDefault="00000000">
      <w:r>
        <w:rPr>
          <w:b/>
        </w:rPr>
        <w:t xml:space="preserve">Important: </w:t>
      </w:r>
      <w:r>
        <w:t>This receipt acknowledges payment received. It is not a VAT invoice and does not itself create a tax point. Retain with your VAT records.</w:t>
      </w:r>
    </w:p>
    <w:sectPr w:rsidR="009229A8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E98C6" w14:textId="77777777" w:rsidR="00A50C16" w:rsidRDefault="00A50C16" w:rsidP="005D46BF">
      <w:pPr>
        <w:spacing w:after="0" w:line="240" w:lineRule="auto"/>
      </w:pPr>
      <w:r>
        <w:separator/>
      </w:r>
    </w:p>
  </w:endnote>
  <w:endnote w:type="continuationSeparator" w:id="0">
    <w:p w14:paraId="0B3C4072" w14:textId="77777777" w:rsidR="00A50C16" w:rsidRDefault="00A50C16" w:rsidP="005D4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647F1" w14:textId="5D66D0D9" w:rsidR="005D46BF" w:rsidRDefault="005D46BF" w:rsidP="005D46BF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AML Supervised • ICO Registered • Xero Partner | </w:t>
    </w:r>
    <w:r w:rsidR="00413430">
      <w:rPr>
        <w:sz w:val="17"/>
      </w:rPr>
      <w:t>Practicing</w:t>
    </w:r>
    <w:r>
      <w:rPr>
        <w:sz w:val="17"/>
      </w:rPr>
      <w:t xml:space="preserve"> Certificate No. 500129234 | MIAB (Member of IAB)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0C67C" w14:textId="77777777" w:rsidR="00A50C16" w:rsidRDefault="00A50C16" w:rsidP="005D46BF">
      <w:pPr>
        <w:spacing w:after="0" w:line="240" w:lineRule="auto"/>
      </w:pPr>
      <w:r>
        <w:separator/>
      </w:r>
    </w:p>
  </w:footnote>
  <w:footnote w:type="continuationSeparator" w:id="0">
    <w:p w14:paraId="1E35B64C" w14:textId="77777777" w:rsidR="00A50C16" w:rsidRDefault="00A50C16" w:rsidP="005D4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DDA85" w14:textId="2B356432" w:rsidR="005D46BF" w:rsidRDefault="005D46BF">
    <w:pPr>
      <w:pStyle w:val="Header"/>
    </w:pPr>
    <w:r>
      <w:rPr>
        <w:noProof/>
      </w:rPr>
      <w:drawing>
        <wp:inline distT="0" distB="0" distL="0" distR="0" wp14:anchorId="3A519C92" wp14:editId="07E0DC39">
          <wp:extent cx="5486400" cy="1616075"/>
          <wp:effectExtent l="0" t="0" r="0" b="3175"/>
          <wp:docPr id="2074767443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4767443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1616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841330">
    <w:abstractNumId w:val="8"/>
  </w:num>
  <w:num w:numId="2" w16cid:durableId="1838112770">
    <w:abstractNumId w:val="6"/>
  </w:num>
  <w:num w:numId="3" w16cid:durableId="2079087611">
    <w:abstractNumId w:val="5"/>
  </w:num>
  <w:num w:numId="4" w16cid:durableId="1452822803">
    <w:abstractNumId w:val="4"/>
  </w:num>
  <w:num w:numId="5" w16cid:durableId="1341347829">
    <w:abstractNumId w:val="7"/>
  </w:num>
  <w:num w:numId="6" w16cid:durableId="662204711">
    <w:abstractNumId w:val="3"/>
  </w:num>
  <w:num w:numId="7" w16cid:durableId="1190333129">
    <w:abstractNumId w:val="2"/>
  </w:num>
  <w:num w:numId="8" w16cid:durableId="278486839">
    <w:abstractNumId w:val="1"/>
  </w:num>
  <w:num w:numId="9" w16cid:durableId="2013221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3430"/>
    <w:rsid w:val="005D46BF"/>
    <w:rsid w:val="009229A8"/>
    <w:rsid w:val="009E6800"/>
    <w:rsid w:val="00A50C16"/>
    <w:rsid w:val="00AA1D8D"/>
    <w:rsid w:val="00B47730"/>
    <w:rsid w:val="00CB0664"/>
    <w:rsid w:val="00D74541"/>
    <w:rsid w:val="00E803C4"/>
    <w:rsid w:val="00F552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8C2CFA88-4330-4A30-8D22-574B34F2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791</Characters>
  <Application>Microsoft Office Word</Application>
  <DocSecurity>0</DocSecurity>
  <Lines>197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3</cp:revision>
  <dcterms:created xsi:type="dcterms:W3CDTF">2013-12-23T23:15:00Z</dcterms:created>
  <dcterms:modified xsi:type="dcterms:W3CDTF">2025-11-09T02:41:00Z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c1d32dad-01e4-4dea-a42a-a04d54235342</vt:lpwstr>
  </property>
</Properties>
</file>