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45088" w14:paraId="34B7487A" w14:textId="77777777">
        <w:tc>
          <w:tcPr>
            <w:tcW w:w="4320" w:type="dxa"/>
          </w:tcPr>
          <w:p w14:paraId="45EB753C" w14:textId="77777777" w:rsidR="00C45088" w:rsidRDefault="00C45088"/>
        </w:tc>
        <w:tc>
          <w:tcPr>
            <w:tcW w:w="4320" w:type="dxa"/>
          </w:tcPr>
          <w:p w14:paraId="74FD4E71" w14:textId="47BA0B6A" w:rsidR="00C45088" w:rsidRDefault="00C45088"/>
        </w:tc>
      </w:tr>
    </w:tbl>
    <w:p w14:paraId="7E3372F2" w14:textId="1A9280C3" w:rsidR="00C45088" w:rsidRDefault="0022788D">
      <w:pPr>
        <w:jc w:val="center"/>
      </w:pPr>
      <w:r>
        <w:rPr>
          <w:b/>
          <w:sz w:val="44"/>
        </w:rPr>
        <w:t>PRO‑FORMA INVOICE</w:t>
      </w:r>
    </w:p>
    <w:p w14:paraId="16CDAA86" w14:textId="77777777" w:rsidR="00C45088" w:rsidRDefault="00C45088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45088" w14:paraId="4C094E6B" w14:textId="77777777">
        <w:tc>
          <w:tcPr>
            <w:tcW w:w="2160" w:type="dxa"/>
          </w:tcPr>
          <w:p w14:paraId="6B138CDA" w14:textId="77777777" w:rsidR="00C45088" w:rsidRDefault="0022788D">
            <w:r>
              <w:rPr>
                <w:b/>
              </w:rPr>
              <w:t>Supplier (Your business)</w:t>
            </w:r>
          </w:p>
        </w:tc>
        <w:tc>
          <w:tcPr>
            <w:tcW w:w="2160" w:type="dxa"/>
            <w:shd w:val="clear" w:color="auto" w:fill="E8F0FE"/>
          </w:tcPr>
          <w:p w14:paraId="680F6D8C" w14:textId="77777777" w:rsidR="00C45088" w:rsidRDefault="00C45088"/>
        </w:tc>
        <w:tc>
          <w:tcPr>
            <w:tcW w:w="2160" w:type="dxa"/>
          </w:tcPr>
          <w:p w14:paraId="32EA727F" w14:textId="77777777" w:rsidR="00C45088" w:rsidRDefault="0022788D">
            <w:r>
              <w:rPr>
                <w:b/>
              </w:rPr>
              <w:t>Customer (Bill to)</w:t>
            </w:r>
          </w:p>
        </w:tc>
        <w:tc>
          <w:tcPr>
            <w:tcW w:w="2160" w:type="dxa"/>
            <w:shd w:val="clear" w:color="auto" w:fill="E8F0FE"/>
          </w:tcPr>
          <w:p w14:paraId="6737356C" w14:textId="77777777" w:rsidR="00C45088" w:rsidRDefault="00C45088"/>
        </w:tc>
      </w:tr>
      <w:tr w:rsidR="00C45088" w14:paraId="2770A52B" w14:textId="77777777">
        <w:tc>
          <w:tcPr>
            <w:tcW w:w="2160" w:type="dxa"/>
          </w:tcPr>
          <w:p w14:paraId="1C124513" w14:textId="77777777" w:rsidR="00C45088" w:rsidRDefault="0022788D">
            <w:r>
              <w:rPr>
                <w:b/>
              </w:rPr>
              <w:t>Business name</w:t>
            </w:r>
          </w:p>
        </w:tc>
        <w:tc>
          <w:tcPr>
            <w:tcW w:w="2160" w:type="dxa"/>
            <w:shd w:val="clear" w:color="auto" w:fill="E8F0FE"/>
          </w:tcPr>
          <w:p w14:paraId="03F0BA74" w14:textId="77777777" w:rsidR="00C45088" w:rsidRDefault="00C45088"/>
        </w:tc>
        <w:tc>
          <w:tcPr>
            <w:tcW w:w="2160" w:type="dxa"/>
          </w:tcPr>
          <w:p w14:paraId="452DB1BB" w14:textId="77777777" w:rsidR="00C45088" w:rsidRDefault="0022788D">
            <w:r>
              <w:rPr>
                <w:b/>
              </w:rPr>
              <w:t>Customer name</w:t>
            </w:r>
          </w:p>
        </w:tc>
        <w:tc>
          <w:tcPr>
            <w:tcW w:w="2160" w:type="dxa"/>
            <w:shd w:val="clear" w:color="auto" w:fill="E8F0FE"/>
          </w:tcPr>
          <w:p w14:paraId="0508389D" w14:textId="77777777" w:rsidR="00C45088" w:rsidRDefault="00C45088"/>
        </w:tc>
      </w:tr>
      <w:tr w:rsidR="00C45088" w14:paraId="4FACDFFC" w14:textId="77777777">
        <w:tc>
          <w:tcPr>
            <w:tcW w:w="2160" w:type="dxa"/>
          </w:tcPr>
          <w:p w14:paraId="277D3D10" w14:textId="77777777" w:rsidR="00C45088" w:rsidRDefault="0022788D">
            <w:r>
              <w:rPr>
                <w:b/>
              </w:rPr>
              <w:t>Address line 1</w:t>
            </w:r>
          </w:p>
        </w:tc>
        <w:tc>
          <w:tcPr>
            <w:tcW w:w="2160" w:type="dxa"/>
            <w:shd w:val="clear" w:color="auto" w:fill="E8F0FE"/>
          </w:tcPr>
          <w:p w14:paraId="0A9C4B82" w14:textId="77777777" w:rsidR="00C45088" w:rsidRDefault="00C45088"/>
        </w:tc>
        <w:tc>
          <w:tcPr>
            <w:tcW w:w="2160" w:type="dxa"/>
          </w:tcPr>
          <w:p w14:paraId="290972A6" w14:textId="77777777" w:rsidR="00C45088" w:rsidRDefault="0022788D">
            <w:r>
              <w:rPr>
                <w:b/>
              </w:rPr>
              <w:t>Address line 1</w:t>
            </w:r>
          </w:p>
        </w:tc>
        <w:tc>
          <w:tcPr>
            <w:tcW w:w="2160" w:type="dxa"/>
            <w:shd w:val="clear" w:color="auto" w:fill="E8F0FE"/>
          </w:tcPr>
          <w:p w14:paraId="6A801B86" w14:textId="77777777" w:rsidR="00C45088" w:rsidRDefault="00C45088"/>
        </w:tc>
      </w:tr>
      <w:tr w:rsidR="00C45088" w14:paraId="289B4E19" w14:textId="77777777">
        <w:tc>
          <w:tcPr>
            <w:tcW w:w="2160" w:type="dxa"/>
          </w:tcPr>
          <w:p w14:paraId="3619AD80" w14:textId="77777777" w:rsidR="00C45088" w:rsidRDefault="0022788D">
            <w:r>
              <w:rPr>
                <w:b/>
              </w:rPr>
              <w:t>Address line 2</w:t>
            </w:r>
          </w:p>
        </w:tc>
        <w:tc>
          <w:tcPr>
            <w:tcW w:w="2160" w:type="dxa"/>
            <w:shd w:val="clear" w:color="auto" w:fill="E8F0FE"/>
          </w:tcPr>
          <w:p w14:paraId="1221D102" w14:textId="77777777" w:rsidR="00C45088" w:rsidRDefault="00C45088"/>
        </w:tc>
        <w:tc>
          <w:tcPr>
            <w:tcW w:w="2160" w:type="dxa"/>
          </w:tcPr>
          <w:p w14:paraId="365BF479" w14:textId="77777777" w:rsidR="00C45088" w:rsidRDefault="0022788D">
            <w:r>
              <w:rPr>
                <w:b/>
              </w:rPr>
              <w:t>Address line 2</w:t>
            </w:r>
          </w:p>
        </w:tc>
        <w:tc>
          <w:tcPr>
            <w:tcW w:w="2160" w:type="dxa"/>
            <w:shd w:val="clear" w:color="auto" w:fill="E8F0FE"/>
          </w:tcPr>
          <w:p w14:paraId="00BE8906" w14:textId="77777777" w:rsidR="00C45088" w:rsidRDefault="00C45088"/>
        </w:tc>
      </w:tr>
      <w:tr w:rsidR="00C45088" w14:paraId="0FBD1665" w14:textId="77777777">
        <w:tc>
          <w:tcPr>
            <w:tcW w:w="2160" w:type="dxa"/>
          </w:tcPr>
          <w:p w14:paraId="690FE148" w14:textId="77777777" w:rsidR="00C45088" w:rsidRDefault="0022788D">
            <w:r>
              <w:rPr>
                <w:b/>
              </w:rPr>
              <w:t>City / Postcode</w:t>
            </w:r>
          </w:p>
        </w:tc>
        <w:tc>
          <w:tcPr>
            <w:tcW w:w="2160" w:type="dxa"/>
            <w:shd w:val="clear" w:color="auto" w:fill="E8F0FE"/>
          </w:tcPr>
          <w:p w14:paraId="21428872" w14:textId="77777777" w:rsidR="00C45088" w:rsidRDefault="00C45088"/>
        </w:tc>
        <w:tc>
          <w:tcPr>
            <w:tcW w:w="2160" w:type="dxa"/>
          </w:tcPr>
          <w:p w14:paraId="1079542F" w14:textId="77777777" w:rsidR="00C45088" w:rsidRDefault="0022788D">
            <w:r>
              <w:rPr>
                <w:b/>
              </w:rPr>
              <w:t>City / Postcode</w:t>
            </w:r>
          </w:p>
        </w:tc>
        <w:tc>
          <w:tcPr>
            <w:tcW w:w="2160" w:type="dxa"/>
            <w:shd w:val="clear" w:color="auto" w:fill="E8F0FE"/>
          </w:tcPr>
          <w:p w14:paraId="199F4F97" w14:textId="77777777" w:rsidR="00C45088" w:rsidRDefault="00C45088"/>
        </w:tc>
      </w:tr>
      <w:tr w:rsidR="00C45088" w14:paraId="29D192D7" w14:textId="77777777">
        <w:tc>
          <w:tcPr>
            <w:tcW w:w="2160" w:type="dxa"/>
          </w:tcPr>
          <w:p w14:paraId="6410DF8E" w14:textId="77777777" w:rsidR="00C45088" w:rsidRDefault="0022788D">
            <w:r>
              <w:rPr>
                <w:b/>
              </w:rPr>
              <w:t>VAT registration no.</w:t>
            </w:r>
          </w:p>
        </w:tc>
        <w:tc>
          <w:tcPr>
            <w:tcW w:w="2160" w:type="dxa"/>
            <w:shd w:val="clear" w:color="auto" w:fill="E8F0FE"/>
          </w:tcPr>
          <w:p w14:paraId="765D33A2" w14:textId="77777777" w:rsidR="00C45088" w:rsidRDefault="00C45088"/>
        </w:tc>
        <w:tc>
          <w:tcPr>
            <w:tcW w:w="2160" w:type="dxa"/>
          </w:tcPr>
          <w:p w14:paraId="7092C104" w14:textId="77777777" w:rsidR="00C45088" w:rsidRDefault="0022788D">
            <w:r>
              <w:rPr>
                <w:b/>
              </w:rPr>
              <w:t>Customer VAT no. (if any)</w:t>
            </w:r>
          </w:p>
        </w:tc>
        <w:tc>
          <w:tcPr>
            <w:tcW w:w="2160" w:type="dxa"/>
            <w:shd w:val="clear" w:color="auto" w:fill="E8F0FE"/>
          </w:tcPr>
          <w:p w14:paraId="49039756" w14:textId="77777777" w:rsidR="00C45088" w:rsidRDefault="00C45088"/>
        </w:tc>
      </w:tr>
      <w:tr w:rsidR="00C45088" w14:paraId="6764E0FE" w14:textId="77777777">
        <w:tc>
          <w:tcPr>
            <w:tcW w:w="2160" w:type="dxa"/>
          </w:tcPr>
          <w:p w14:paraId="67FAF85A" w14:textId="77777777" w:rsidR="00C45088" w:rsidRDefault="0022788D">
            <w:r>
              <w:rPr>
                <w:b/>
              </w:rPr>
              <w:t>Email</w:t>
            </w:r>
          </w:p>
        </w:tc>
        <w:tc>
          <w:tcPr>
            <w:tcW w:w="2160" w:type="dxa"/>
            <w:shd w:val="clear" w:color="auto" w:fill="E8F0FE"/>
          </w:tcPr>
          <w:p w14:paraId="22168205" w14:textId="77777777" w:rsidR="00C45088" w:rsidRDefault="00C45088"/>
        </w:tc>
        <w:tc>
          <w:tcPr>
            <w:tcW w:w="2160" w:type="dxa"/>
          </w:tcPr>
          <w:p w14:paraId="5486ADD1" w14:textId="77777777" w:rsidR="00C45088" w:rsidRDefault="0022788D">
            <w:r>
              <w:rPr>
                <w:b/>
              </w:rPr>
              <w:t>PO number (optional)</w:t>
            </w:r>
          </w:p>
        </w:tc>
        <w:tc>
          <w:tcPr>
            <w:tcW w:w="2160" w:type="dxa"/>
            <w:shd w:val="clear" w:color="auto" w:fill="E8F0FE"/>
          </w:tcPr>
          <w:p w14:paraId="4DC70703" w14:textId="77777777" w:rsidR="00C45088" w:rsidRDefault="00C45088"/>
        </w:tc>
      </w:tr>
      <w:tr w:rsidR="00C45088" w14:paraId="0E644406" w14:textId="77777777">
        <w:tc>
          <w:tcPr>
            <w:tcW w:w="2160" w:type="dxa"/>
          </w:tcPr>
          <w:p w14:paraId="2418677D" w14:textId="77777777" w:rsidR="00C45088" w:rsidRDefault="0022788D">
            <w:r>
              <w:rPr>
                <w:b/>
              </w:rPr>
              <w:t>Phone</w:t>
            </w:r>
          </w:p>
        </w:tc>
        <w:tc>
          <w:tcPr>
            <w:tcW w:w="2160" w:type="dxa"/>
            <w:shd w:val="clear" w:color="auto" w:fill="E8F0FE"/>
          </w:tcPr>
          <w:p w14:paraId="5746D983" w14:textId="77777777" w:rsidR="00C45088" w:rsidRDefault="00C45088"/>
        </w:tc>
        <w:tc>
          <w:tcPr>
            <w:tcW w:w="2160" w:type="dxa"/>
          </w:tcPr>
          <w:p w14:paraId="54134BC8" w14:textId="77777777" w:rsidR="00C45088" w:rsidRDefault="00C45088"/>
        </w:tc>
        <w:tc>
          <w:tcPr>
            <w:tcW w:w="2160" w:type="dxa"/>
            <w:shd w:val="clear" w:color="auto" w:fill="E8F0FE"/>
          </w:tcPr>
          <w:p w14:paraId="034F25A8" w14:textId="77777777" w:rsidR="00C45088" w:rsidRDefault="00C45088"/>
        </w:tc>
      </w:tr>
    </w:tbl>
    <w:p w14:paraId="3792512E" w14:textId="77777777" w:rsidR="00C45088" w:rsidRDefault="00C45088"/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45088" w14:paraId="722320A9" w14:textId="77777777">
        <w:tc>
          <w:tcPr>
            <w:tcW w:w="2160" w:type="dxa"/>
          </w:tcPr>
          <w:p w14:paraId="034128A2" w14:textId="77777777" w:rsidR="00C45088" w:rsidRDefault="0022788D">
            <w:r>
              <w:rPr>
                <w:b/>
              </w:rPr>
              <w:t>Pro‑forma number</w:t>
            </w:r>
          </w:p>
        </w:tc>
        <w:tc>
          <w:tcPr>
            <w:tcW w:w="2160" w:type="dxa"/>
            <w:shd w:val="clear" w:color="auto" w:fill="E8F0FE"/>
          </w:tcPr>
          <w:p w14:paraId="75C076EF" w14:textId="77777777" w:rsidR="00C45088" w:rsidRDefault="00C45088"/>
        </w:tc>
        <w:tc>
          <w:tcPr>
            <w:tcW w:w="2160" w:type="dxa"/>
          </w:tcPr>
          <w:p w14:paraId="739FB5D8" w14:textId="77777777" w:rsidR="00C45088" w:rsidRDefault="0022788D">
            <w:r>
              <w:rPr>
                <w:b/>
              </w:rPr>
              <w:t>Date (dd/mm/yyyy)</w:t>
            </w:r>
          </w:p>
        </w:tc>
        <w:tc>
          <w:tcPr>
            <w:tcW w:w="2160" w:type="dxa"/>
            <w:shd w:val="clear" w:color="auto" w:fill="E8F0FE"/>
          </w:tcPr>
          <w:p w14:paraId="51101C86" w14:textId="77777777" w:rsidR="00C45088" w:rsidRDefault="00C45088"/>
        </w:tc>
      </w:tr>
      <w:tr w:rsidR="00C45088" w14:paraId="4B7C9C76" w14:textId="77777777">
        <w:tc>
          <w:tcPr>
            <w:tcW w:w="2160" w:type="dxa"/>
          </w:tcPr>
          <w:p w14:paraId="48A8E762" w14:textId="77777777" w:rsidR="00C45088" w:rsidRDefault="0022788D">
            <w:r>
              <w:rPr>
                <w:b/>
              </w:rPr>
              <w:t>Valid until</w:t>
            </w:r>
          </w:p>
        </w:tc>
        <w:tc>
          <w:tcPr>
            <w:tcW w:w="2160" w:type="dxa"/>
            <w:shd w:val="clear" w:color="auto" w:fill="E8F0FE"/>
          </w:tcPr>
          <w:p w14:paraId="12C17B56" w14:textId="77777777" w:rsidR="00C45088" w:rsidRDefault="00C45088"/>
        </w:tc>
        <w:tc>
          <w:tcPr>
            <w:tcW w:w="2160" w:type="dxa"/>
          </w:tcPr>
          <w:p w14:paraId="23A558D4" w14:textId="77777777" w:rsidR="00C45088" w:rsidRDefault="0022788D">
            <w:r>
              <w:rPr>
                <w:b/>
              </w:rPr>
              <w:t>Currency (e.g., GBP)</w:t>
            </w:r>
          </w:p>
        </w:tc>
        <w:tc>
          <w:tcPr>
            <w:tcW w:w="2160" w:type="dxa"/>
            <w:shd w:val="clear" w:color="auto" w:fill="E8F0FE"/>
          </w:tcPr>
          <w:p w14:paraId="194D748A" w14:textId="77777777" w:rsidR="00C45088" w:rsidRDefault="00C45088"/>
        </w:tc>
      </w:tr>
      <w:tr w:rsidR="00C45088" w14:paraId="5F9FECE4" w14:textId="77777777">
        <w:tc>
          <w:tcPr>
            <w:tcW w:w="2160" w:type="dxa"/>
          </w:tcPr>
          <w:p w14:paraId="068B3BE7" w14:textId="77777777" w:rsidR="00C45088" w:rsidRDefault="0022788D">
            <w:r>
              <w:rPr>
                <w:b/>
              </w:rPr>
              <w:t>Customer ref / Quote</w:t>
            </w:r>
          </w:p>
        </w:tc>
        <w:tc>
          <w:tcPr>
            <w:tcW w:w="2160" w:type="dxa"/>
            <w:shd w:val="clear" w:color="auto" w:fill="E8F0FE"/>
          </w:tcPr>
          <w:p w14:paraId="2685C903" w14:textId="77777777" w:rsidR="00C45088" w:rsidRDefault="00C45088"/>
        </w:tc>
        <w:tc>
          <w:tcPr>
            <w:tcW w:w="2160" w:type="dxa"/>
          </w:tcPr>
          <w:p w14:paraId="757D457D" w14:textId="77777777" w:rsidR="00C45088" w:rsidRDefault="0022788D">
            <w:r>
              <w:rPr>
                <w:b/>
              </w:rPr>
              <w:t>Delivery terms / Incoterms (optional)</w:t>
            </w:r>
          </w:p>
        </w:tc>
        <w:tc>
          <w:tcPr>
            <w:tcW w:w="2160" w:type="dxa"/>
            <w:shd w:val="clear" w:color="auto" w:fill="E8F0FE"/>
          </w:tcPr>
          <w:p w14:paraId="61DFBE99" w14:textId="77777777" w:rsidR="00C45088" w:rsidRDefault="00C45088"/>
        </w:tc>
      </w:tr>
    </w:tbl>
    <w:p w14:paraId="154FC398" w14:textId="77777777" w:rsidR="00C45088" w:rsidRDefault="00C45088"/>
    <w:tbl>
      <w:tblPr>
        <w:tblW w:w="0" w:type="auto"/>
        <w:tblLook w:val="04A0" w:firstRow="1" w:lastRow="0" w:firstColumn="1" w:lastColumn="0" w:noHBand="0" w:noVBand="1"/>
      </w:tblPr>
      <w:tblGrid>
        <w:gridCol w:w="1168"/>
        <w:gridCol w:w="1080"/>
        <w:gridCol w:w="1080"/>
        <w:gridCol w:w="1080"/>
        <w:gridCol w:w="1080"/>
        <w:gridCol w:w="1080"/>
        <w:gridCol w:w="1080"/>
        <w:gridCol w:w="1080"/>
      </w:tblGrid>
      <w:tr w:rsidR="00C45088" w14:paraId="418A16B7" w14:textId="77777777">
        <w:tc>
          <w:tcPr>
            <w:tcW w:w="1080" w:type="dxa"/>
          </w:tcPr>
          <w:p w14:paraId="300F4CC0" w14:textId="77777777" w:rsidR="00C45088" w:rsidRDefault="0022788D">
            <w:r>
              <w:rPr>
                <w:b/>
              </w:rPr>
              <w:t>Description</w:t>
            </w:r>
          </w:p>
        </w:tc>
        <w:tc>
          <w:tcPr>
            <w:tcW w:w="1080" w:type="dxa"/>
          </w:tcPr>
          <w:p w14:paraId="560033DF" w14:textId="77777777" w:rsidR="00C45088" w:rsidRDefault="0022788D">
            <w:r>
              <w:rPr>
                <w:b/>
              </w:rPr>
              <w:t>Qty</w:t>
            </w:r>
          </w:p>
        </w:tc>
        <w:tc>
          <w:tcPr>
            <w:tcW w:w="1080" w:type="dxa"/>
          </w:tcPr>
          <w:p w14:paraId="60D2CED9" w14:textId="77777777" w:rsidR="00C45088" w:rsidRDefault="0022788D">
            <w:r>
              <w:rPr>
                <w:b/>
              </w:rPr>
              <w:t xml:space="preserve">Unit </w:t>
            </w:r>
            <w:r>
              <w:rPr>
                <w:b/>
              </w:rPr>
              <w:t>price (ex VAT)</w:t>
            </w:r>
          </w:p>
        </w:tc>
        <w:tc>
          <w:tcPr>
            <w:tcW w:w="1080" w:type="dxa"/>
          </w:tcPr>
          <w:p w14:paraId="125636B2" w14:textId="77777777" w:rsidR="00C45088" w:rsidRDefault="0022788D">
            <w:r>
              <w:rPr>
                <w:b/>
              </w:rPr>
              <w:t>Line net (ex VAT)</w:t>
            </w:r>
          </w:p>
        </w:tc>
        <w:tc>
          <w:tcPr>
            <w:tcW w:w="1080" w:type="dxa"/>
          </w:tcPr>
          <w:p w14:paraId="107D18AB" w14:textId="77777777" w:rsidR="00C45088" w:rsidRDefault="0022788D">
            <w:r>
              <w:rPr>
                <w:b/>
              </w:rPr>
              <w:t>VAT rate</w:t>
            </w:r>
          </w:p>
        </w:tc>
        <w:tc>
          <w:tcPr>
            <w:tcW w:w="1080" w:type="dxa"/>
          </w:tcPr>
          <w:p w14:paraId="2A280EF8" w14:textId="77777777" w:rsidR="00C45088" w:rsidRDefault="0022788D">
            <w:r>
              <w:rPr>
                <w:b/>
              </w:rPr>
              <w:t>VAT amount</w:t>
            </w:r>
          </w:p>
        </w:tc>
        <w:tc>
          <w:tcPr>
            <w:tcW w:w="1080" w:type="dxa"/>
          </w:tcPr>
          <w:p w14:paraId="5DD3186F" w14:textId="77777777" w:rsidR="00C45088" w:rsidRDefault="0022788D">
            <w:r>
              <w:rPr>
                <w:b/>
              </w:rPr>
              <w:t>Line total (incl VAT)</w:t>
            </w:r>
          </w:p>
        </w:tc>
        <w:tc>
          <w:tcPr>
            <w:tcW w:w="1080" w:type="dxa"/>
          </w:tcPr>
          <w:p w14:paraId="065D3A16" w14:textId="77777777" w:rsidR="00C45088" w:rsidRDefault="0022788D">
            <w:r>
              <w:rPr>
                <w:b/>
              </w:rPr>
              <w:t>Notes</w:t>
            </w:r>
          </w:p>
        </w:tc>
      </w:tr>
      <w:tr w:rsidR="00C45088" w14:paraId="092A058D" w14:textId="77777777">
        <w:tc>
          <w:tcPr>
            <w:tcW w:w="1080" w:type="dxa"/>
            <w:shd w:val="clear" w:color="auto" w:fill="E8F0FE"/>
          </w:tcPr>
          <w:p w14:paraId="69963136" w14:textId="77777777" w:rsidR="00C45088" w:rsidRDefault="00C45088"/>
        </w:tc>
        <w:tc>
          <w:tcPr>
            <w:tcW w:w="1080" w:type="dxa"/>
            <w:shd w:val="clear" w:color="auto" w:fill="E8F0FE"/>
          </w:tcPr>
          <w:p w14:paraId="41EAD070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84B4123" w14:textId="77777777" w:rsidR="00C45088" w:rsidRDefault="00C45088"/>
        </w:tc>
        <w:tc>
          <w:tcPr>
            <w:tcW w:w="1080" w:type="dxa"/>
            <w:shd w:val="clear" w:color="auto" w:fill="E8F0FE"/>
          </w:tcPr>
          <w:p w14:paraId="2A0EBD7F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2888C8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B84C7C7" w14:textId="77777777" w:rsidR="00C45088" w:rsidRDefault="00C45088"/>
        </w:tc>
        <w:tc>
          <w:tcPr>
            <w:tcW w:w="1080" w:type="dxa"/>
            <w:shd w:val="clear" w:color="auto" w:fill="E8F0FE"/>
          </w:tcPr>
          <w:p w14:paraId="4FF0ECDE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8BBD6BD" w14:textId="77777777" w:rsidR="00C45088" w:rsidRDefault="00C45088"/>
        </w:tc>
      </w:tr>
      <w:tr w:rsidR="00C45088" w14:paraId="57B12F72" w14:textId="77777777">
        <w:tc>
          <w:tcPr>
            <w:tcW w:w="1080" w:type="dxa"/>
            <w:shd w:val="clear" w:color="auto" w:fill="E8F0FE"/>
          </w:tcPr>
          <w:p w14:paraId="2C23B37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70A97DE7" w14:textId="77777777" w:rsidR="00C45088" w:rsidRDefault="00C45088"/>
        </w:tc>
        <w:tc>
          <w:tcPr>
            <w:tcW w:w="1080" w:type="dxa"/>
            <w:shd w:val="clear" w:color="auto" w:fill="E8F0FE"/>
          </w:tcPr>
          <w:p w14:paraId="314FE94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1B5F57A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C97469A" w14:textId="77777777" w:rsidR="00C45088" w:rsidRDefault="00C45088"/>
        </w:tc>
        <w:tc>
          <w:tcPr>
            <w:tcW w:w="1080" w:type="dxa"/>
            <w:shd w:val="clear" w:color="auto" w:fill="E8F0FE"/>
          </w:tcPr>
          <w:p w14:paraId="727C5064" w14:textId="77777777" w:rsidR="00C45088" w:rsidRDefault="00C45088"/>
        </w:tc>
        <w:tc>
          <w:tcPr>
            <w:tcW w:w="1080" w:type="dxa"/>
            <w:shd w:val="clear" w:color="auto" w:fill="E8F0FE"/>
          </w:tcPr>
          <w:p w14:paraId="2625135A" w14:textId="77777777" w:rsidR="00C45088" w:rsidRDefault="00C45088"/>
        </w:tc>
        <w:tc>
          <w:tcPr>
            <w:tcW w:w="1080" w:type="dxa"/>
            <w:shd w:val="clear" w:color="auto" w:fill="E8F0FE"/>
          </w:tcPr>
          <w:p w14:paraId="77642375" w14:textId="77777777" w:rsidR="00C45088" w:rsidRDefault="00C45088"/>
        </w:tc>
      </w:tr>
      <w:tr w:rsidR="00C45088" w14:paraId="5A6E607C" w14:textId="77777777">
        <w:tc>
          <w:tcPr>
            <w:tcW w:w="1080" w:type="dxa"/>
            <w:shd w:val="clear" w:color="auto" w:fill="E8F0FE"/>
          </w:tcPr>
          <w:p w14:paraId="437610A4" w14:textId="77777777" w:rsidR="00C45088" w:rsidRDefault="00C45088"/>
        </w:tc>
        <w:tc>
          <w:tcPr>
            <w:tcW w:w="1080" w:type="dxa"/>
            <w:shd w:val="clear" w:color="auto" w:fill="E8F0FE"/>
          </w:tcPr>
          <w:p w14:paraId="23693075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574B9EB" w14:textId="77777777" w:rsidR="00C45088" w:rsidRDefault="00C45088"/>
        </w:tc>
        <w:tc>
          <w:tcPr>
            <w:tcW w:w="1080" w:type="dxa"/>
            <w:shd w:val="clear" w:color="auto" w:fill="E8F0FE"/>
          </w:tcPr>
          <w:p w14:paraId="3A0D35C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27D5D39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5123F537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B832E3F" w14:textId="77777777" w:rsidR="00C45088" w:rsidRDefault="00C45088"/>
        </w:tc>
        <w:tc>
          <w:tcPr>
            <w:tcW w:w="1080" w:type="dxa"/>
            <w:shd w:val="clear" w:color="auto" w:fill="E8F0FE"/>
          </w:tcPr>
          <w:p w14:paraId="22921CFA" w14:textId="77777777" w:rsidR="00C45088" w:rsidRDefault="00C45088"/>
        </w:tc>
      </w:tr>
      <w:tr w:rsidR="00C45088" w14:paraId="46E29896" w14:textId="77777777">
        <w:tc>
          <w:tcPr>
            <w:tcW w:w="1080" w:type="dxa"/>
            <w:shd w:val="clear" w:color="auto" w:fill="E8F0FE"/>
          </w:tcPr>
          <w:p w14:paraId="577861B1" w14:textId="77777777" w:rsidR="00C45088" w:rsidRDefault="00C45088"/>
        </w:tc>
        <w:tc>
          <w:tcPr>
            <w:tcW w:w="1080" w:type="dxa"/>
            <w:shd w:val="clear" w:color="auto" w:fill="E8F0FE"/>
          </w:tcPr>
          <w:p w14:paraId="4048ABA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3EEEE6A9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E13C0E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06DD34A5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F394AD2" w14:textId="77777777" w:rsidR="00C45088" w:rsidRDefault="00C45088"/>
        </w:tc>
        <w:tc>
          <w:tcPr>
            <w:tcW w:w="1080" w:type="dxa"/>
            <w:shd w:val="clear" w:color="auto" w:fill="E8F0FE"/>
          </w:tcPr>
          <w:p w14:paraId="03F852E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89212A8" w14:textId="77777777" w:rsidR="00C45088" w:rsidRDefault="00C45088"/>
        </w:tc>
      </w:tr>
      <w:tr w:rsidR="00C45088" w14:paraId="4607BEAE" w14:textId="77777777">
        <w:tc>
          <w:tcPr>
            <w:tcW w:w="1080" w:type="dxa"/>
            <w:shd w:val="clear" w:color="auto" w:fill="E8F0FE"/>
          </w:tcPr>
          <w:p w14:paraId="7E049F5C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26289B5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9498CD7" w14:textId="77777777" w:rsidR="00C45088" w:rsidRDefault="00C45088"/>
        </w:tc>
        <w:tc>
          <w:tcPr>
            <w:tcW w:w="1080" w:type="dxa"/>
            <w:shd w:val="clear" w:color="auto" w:fill="E8F0FE"/>
          </w:tcPr>
          <w:p w14:paraId="45ACF4C3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736C2D2" w14:textId="77777777" w:rsidR="00C45088" w:rsidRDefault="00C45088"/>
        </w:tc>
        <w:tc>
          <w:tcPr>
            <w:tcW w:w="1080" w:type="dxa"/>
            <w:shd w:val="clear" w:color="auto" w:fill="E8F0FE"/>
          </w:tcPr>
          <w:p w14:paraId="2ADCADEF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F0973C7" w14:textId="77777777" w:rsidR="00C45088" w:rsidRDefault="00C45088"/>
        </w:tc>
        <w:tc>
          <w:tcPr>
            <w:tcW w:w="1080" w:type="dxa"/>
            <w:shd w:val="clear" w:color="auto" w:fill="E8F0FE"/>
          </w:tcPr>
          <w:p w14:paraId="58AB7DD8" w14:textId="77777777" w:rsidR="00C45088" w:rsidRDefault="00C45088"/>
        </w:tc>
      </w:tr>
      <w:tr w:rsidR="00C45088" w14:paraId="50D51A9C" w14:textId="77777777">
        <w:tc>
          <w:tcPr>
            <w:tcW w:w="1080" w:type="dxa"/>
            <w:shd w:val="clear" w:color="auto" w:fill="E8F0FE"/>
          </w:tcPr>
          <w:p w14:paraId="322AF2A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34ACAC0B" w14:textId="77777777" w:rsidR="00C45088" w:rsidRDefault="00C45088"/>
        </w:tc>
        <w:tc>
          <w:tcPr>
            <w:tcW w:w="1080" w:type="dxa"/>
            <w:shd w:val="clear" w:color="auto" w:fill="E8F0FE"/>
          </w:tcPr>
          <w:p w14:paraId="5F50E9A0" w14:textId="77777777" w:rsidR="00C45088" w:rsidRDefault="00C45088"/>
        </w:tc>
        <w:tc>
          <w:tcPr>
            <w:tcW w:w="1080" w:type="dxa"/>
            <w:shd w:val="clear" w:color="auto" w:fill="E8F0FE"/>
          </w:tcPr>
          <w:p w14:paraId="3E1F91D7" w14:textId="77777777" w:rsidR="00C45088" w:rsidRDefault="00C45088"/>
        </w:tc>
        <w:tc>
          <w:tcPr>
            <w:tcW w:w="1080" w:type="dxa"/>
            <w:shd w:val="clear" w:color="auto" w:fill="E8F0FE"/>
          </w:tcPr>
          <w:p w14:paraId="5C2AC277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F733581" w14:textId="77777777" w:rsidR="00C45088" w:rsidRDefault="00C45088"/>
        </w:tc>
        <w:tc>
          <w:tcPr>
            <w:tcW w:w="1080" w:type="dxa"/>
            <w:shd w:val="clear" w:color="auto" w:fill="E8F0FE"/>
          </w:tcPr>
          <w:p w14:paraId="31D893BE" w14:textId="77777777" w:rsidR="00C45088" w:rsidRDefault="00C45088"/>
        </w:tc>
        <w:tc>
          <w:tcPr>
            <w:tcW w:w="1080" w:type="dxa"/>
            <w:shd w:val="clear" w:color="auto" w:fill="E8F0FE"/>
          </w:tcPr>
          <w:p w14:paraId="5CA8BFDB" w14:textId="77777777" w:rsidR="00C45088" w:rsidRDefault="00C45088"/>
        </w:tc>
      </w:tr>
      <w:tr w:rsidR="00C45088" w14:paraId="1C881DFA" w14:textId="77777777">
        <w:tc>
          <w:tcPr>
            <w:tcW w:w="1080" w:type="dxa"/>
            <w:shd w:val="clear" w:color="auto" w:fill="E8F0FE"/>
          </w:tcPr>
          <w:p w14:paraId="1A6ABBA6" w14:textId="77777777" w:rsidR="00C45088" w:rsidRDefault="00C45088"/>
        </w:tc>
        <w:tc>
          <w:tcPr>
            <w:tcW w:w="1080" w:type="dxa"/>
            <w:shd w:val="clear" w:color="auto" w:fill="E8F0FE"/>
          </w:tcPr>
          <w:p w14:paraId="0BAD9524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D3F44A5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F393B1F" w14:textId="77777777" w:rsidR="00C45088" w:rsidRDefault="00C45088"/>
        </w:tc>
        <w:tc>
          <w:tcPr>
            <w:tcW w:w="1080" w:type="dxa"/>
            <w:shd w:val="clear" w:color="auto" w:fill="E8F0FE"/>
          </w:tcPr>
          <w:p w14:paraId="719DCB2E" w14:textId="77777777" w:rsidR="00C45088" w:rsidRDefault="00C45088"/>
        </w:tc>
        <w:tc>
          <w:tcPr>
            <w:tcW w:w="1080" w:type="dxa"/>
            <w:shd w:val="clear" w:color="auto" w:fill="E8F0FE"/>
          </w:tcPr>
          <w:p w14:paraId="4D88A962" w14:textId="77777777" w:rsidR="00C45088" w:rsidRDefault="00C45088"/>
        </w:tc>
        <w:tc>
          <w:tcPr>
            <w:tcW w:w="1080" w:type="dxa"/>
            <w:shd w:val="clear" w:color="auto" w:fill="E8F0FE"/>
          </w:tcPr>
          <w:p w14:paraId="0ED6F03E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6CB339E" w14:textId="77777777" w:rsidR="00C45088" w:rsidRDefault="00C45088"/>
        </w:tc>
      </w:tr>
      <w:tr w:rsidR="00C45088" w14:paraId="461B997B" w14:textId="77777777">
        <w:tc>
          <w:tcPr>
            <w:tcW w:w="1080" w:type="dxa"/>
            <w:shd w:val="clear" w:color="auto" w:fill="E8F0FE"/>
          </w:tcPr>
          <w:p w14:paraId="2CF2B0A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7570A0CE" w14:textId="77777777" w:rsidR="00C45088" w:rsidRDefault="00C45088"/>
        </w:tc>
        <w:tc>
          <w:tcPr>
            <w:tcW w:w="1080" w:type="dxa"/>
            <w:shd w:val="clear" w:color="auto" w:fill="E8F0FE"/>
          </w:tcPr>
          <w:p w14:paraId="7CD5F55E" w14:textId="77777777" w:rsidR="00C45088" w:rsidRDefault="00C45088"/>
        </w:tc>
        <w:tc>
          <w:tcPr>
            <w:tcW w:w="1080" w:type="dxa"/>
            <w:shd w:val="clear" w:color="auto" w:fill="E8F0FE"/>
          </w:tcPr>
          <w:p w14:paraId="37332523" w14:textId="77777777" w:rsidR="00C45088" w:rsidRDefault="00C45088"/>
        </w:tc>
        <w:tc>
          <w:tcPr>
            <w:tcW w:w="1080" w:type="dxa"/>
            <w:shd w:val="clear" w:color="auto" w:fill="E8F0FE"/>
          </w:tcPr>
          <w:p w14:paraId="402491A5" w14:textId="77777777" w:rsidR="00C45088" w:rsidRDefault="00C45088"/>
        </w:tc>
        <w:tc>
          <w:tcPr>
            <w:tcW w:w="1080" w:type="dxa"/>
            <w:shd w:val="clear" w:color="auto" w:fill="E8F0FE"/>
          </w:tcPr>
          <w:p w14:paraId="55F4504A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8B90F8F" w14:textId="77777777" w:rsidR="00C45088" w:rsidRDefault="00C45088"/>
        </w:tc>
        <w:tc>
          <w:tcPr>
            <w:tcW w:w="1080" w:type="dxa"/>
            <w:shd w:val="clear" w:color="auto" w:fill="E8F0FE"/>
          </w:tcPr>
          <w:p w14:paraId="0E96B147" w14:textId="77777777" w:rsidR="00C45088" w:rsidRDefault="00C45088"/>
        </w:tc>
      </w:tr>
      <w:tr w:rsidR="00C45088" w14:paraId="473A7DE8" w14:textId="77777777">
        <w:tc>
          <w:tcPr>
            <w:tcW w:w="1080" w:type="dxa"/>
            <w:shd w:val="clear" w:color="auto" w:fill="E8F0FE"/>
          </w:tcPr>
          <w:p w14:paraId="2BDBCF5D" w14:textId="77777777" w:rsidR="00C45088" w:rsidRDefault="00C45088"/>
        </w:tc>
        <w:tc>
          <w:tcPr>
            <w:tcW w:w="1080" w:type="dxa"/>
            <w:shd w:val="clear" w:color="auto" w:fill="E8F0FE"/>
          </w:tcPr>
          <w:p w14:paraId="2AAEE7CC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2FF3BC1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4A408E4" w14:textId="77777777" w:rsidR="00C45088" w:rsidRDefault="00C45088"/>
        </w:tc>
        <w:tc>
          <w:tcPr>
            <w:tcW w:w="1080" w:type="dxa"/>
            <w:shd w:val="clear" w:color="auto" w:fill="E8F0FE"/>
          </w:tcPr>
          <w:p w14:paraId="03F6125C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22B0CBF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894AD24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AC308EF" w14:textId="77777777" w:rsidR="00C45088" w:rsidRDefault="00C45088"/>
        </w:tc>
      </w:tr>
      <w:tr w:rsidR="00C45088" w14:paraId="5F2CE4E6" w14:textId="77777777">
        <w:tc>
          <w:tcPr>
            <w:tcW w:w="1080" w:type="dxa"/>
            <w:shd w:val="clear" w:color="auto" w:fill="E8F0FE"/>
          </w:tcPr>
          <w:p w14:paraId="29FD1941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DBEA2A2" w14:textId="77777777" w:rsidR="00C45088" w:rsidRDefault="00C45088"/>
        </w:tc>
        <w:tc>
          <w:tcPr>
            <w:tcW w:w="1080" w:type="dxa"/>
            <w:shd w:val="clear" w:color="auto" w:fill="E8F0FE"/>
          </w:tcPr>
          <w:p w14:paraId="457220C1" w14:textId="77777777" w:rsidR="00C45088" w:rsidRDefault="00C45088"/>
        </w:tc>
        <w:tc>
          <w:tcPr>
            <w:tcW w:w="1080" w:type="dxa"/>
            <w:shd w:val="clear" w:color="auto" w:fill="E8F0FE"/>
          </w:tcPr>
          <w:p w14:paraId="465F685A" w14:textId="77777777" w:rsidR="00C45088" w:rsidRDefault="00C45088"/>
        </w:tc>
        <w:tc>
          <w:tcPr>
            <w:tcW w:w="1080" w:type="dxa"/>
            <w:shd w:val="clear" w:color="auto" w:fill="E8F0FE"/>
          </w:tcPr>
          <w:p w14:paraId="55330F2C" w14:textId="77777777" w:rsidR="00C45088" w:rsidRDefault="00C45088"/>
        </w:tc>
        <w:tc>
          <w:tcPr>
            <w:tcW w:w="1080" w:type="dxa"/>
            <w:shd w:val="clear" w:color="auto" w:fill="E8F0FE"/>
          </w:tcPr>
          <w:p w14:paraId="22D9F9F5" w14:textId="77777777" w:rsidR="00C45088" w:rsidRDefault="00C45088"/>
        </w:tc>
        <w:tc>
          <w:tcPr>
            <w:tcW w:w="1080" w:type="dxa"/>
            <w:shd w:val="clear" w:color="auto" w:fill="E8F0FE"/>
          </w:tcPr>
          <w:p w14:paraId="1F56DFDB" w14:textId="77777777" w:rsidR="00C45088" w:rsidRDefault="00C45088"/>
        </w:tc>
        <w:tc>
          <w:tcPr>
            <w:tcW w:w="1080" w:type="dxa"/>
            <w:shd w:val="clear" w:color="auto" w:fill="E8F0FE"/>
          </w:tcPr>
          <w:p w14:paraId="62D6A2B5" w14:textId="77777777" w:rsidR="00C45088" w:rsidRDefault="00C45088"/>
        </w:tc>
      </w:tr>
      <w:tr w:rsidR="00C45088" w14:paraId="3A230591" w14:textId="77777777">
        <w:tc>
          <w:tcPr>
            <w:tcW w:w="1080" w:type="dxa"/>
          </w:tcPr>
          <w:p w14:paraId="58564204" w14:textId="77777777" w:rsidR="00C45088" w:rsidRDefault="00C45088"/>
        </w:tc>
        <w:tc>
          <w:tcPr>
            <w:tcW w:w="1080" w:type="dxa"/>
          </w:tcPr>
          <w:p w14:paraId="002F73F7" w14:textId="77777777" w:rsidR="00C45088" w:rsidRDefault="00C45088"/>
        </w:tc>
        <w:tc>
          <w:tcPr>
            <w:tcW w:w="1080" w:type="dxa"/>
          </w:tcPr>
          <w:p w14:paraId="37807C69" w14:textId="77777777" w:rsidR="00C45088" w:rsidRDefault="0022788D">
            <w:r>
              <w:rPr>
                <w:b/>
              </w:rPr>
              <w:t>Subtotal (ex VAT)</w:t>
            </w:r>
          </w:p>
        </w:tc>
        <w:tc>
          <w:tcPr>
            <w:tcW w:w="1080" w:type="dxa"/>
            <w:shd w:val="clear" w:color="auto" w:fill="E8F0FE"/>
          </w:tcPr>
          <w:p w14:paraId="57318C08" w14:textId="77777777" w:rsidR="00C45088" w:rsidRDefault="00C45088"/>
        </w:tc>
        <w:tc>
          <w:tcPr>
            <w:tcW w:w="1080" w:type="dxa"/>
          </w:tcPr>
          <w:p w14:paraId="22D5E680" w14:textId="77777777" w:rsidR="00C45088" w:rsidRDefault="00C45088"/>
        </w:tc>
        <w:tc>
          <w:tcPr>
            <w:tcW w:w="1080" w:type="dxa"/>
          </w:tcPr>
          <w:p w14:paraId="02F87CF1" w14:textId="77777777" w:rsidR="00C45088" w:rsidRDefault="00C45088"/>
        </w:tc>
        <w:tc>
          <w:tcPr>
            <w:tcW w:w="1080" w:type="dxa"/>
          </w:tcPr>
          <w:p w14:paraId="11DDE51F" w14:textId="77777777" w:rsidR="00C45088" w:rsidRDefault="00C45088"/>
        </w:tc>
        <w:tc>
          <w:tcPr>
            <w:tcW w:w="1080" w:type="dxa"/>
          </w:tcPr>
          <w:p w14:paraId="08AB9941" w14:textId="77777777" w:rsidR="00C45088" w:rsidRDefault="00C45088"/>
        </w:tc>
      </w:tr>
      <w:tr w:rsidR="00C45088" w14:paraId="4E862F17" w14:textId="77777777">
        <w:tc>
          <w:tcPr>
            <w:tcW w:w="1080" w:type="dxa"/>
          </w:tcPr>
          <w:p w14:paraId="6C9952EE" w14:textId="77777777" w:rsidR="00C45088" w:rsidRDefault="00C45088"/>
        </w:tc>
        <w:tc>
          <w:tcPr>
            <w:tcW w:w="1080" w:type="dxa"/>
          </w:tcPr>
          <w:p w14:paraId="510F6AB2" w14:textId="77777777" w:rsidR="00C45088" w:rsidRDefault="00C45088"/>
        </w:tc>
        <w:tc>
          <w:tcPr>
            <w:tcW w:w="1080" w:type="dxa"/>
          </w:tcPr>
          <w:p w14:paraId="577D20C7" w14:textId="77777777" w:rsidR="00C45088" w:rsidRDefault="00C45088"/>
        </w:tc>
        <w:tc>
          <w:tcPr>
            <w:tcW w:w="1080" w:type="dxa"/>
          </w:tcPr>
          <w:p w14:paraId="765F64A1" w14:textId="77777777" w:rsidR="00C45088" w:rsidRDefault="00C45088"/>
        </w:tc>
        <w:tc>
          <w:tcPr>
            <w:tcW w:w="1080" w:type="dxa"/>
          </w:tcPr>
          <w:p w14:paraId="44A47BBC" w14:textId="77777777" w:rsidR="00C45088" w:rsidRDefault="00C45088"/>
        </w:tc>
        <w:tc>
          <w:tcPr>
            <w:tcW w:w="1080" w:type="dxa"/>
          </w:tcPr>
          <w:p w14:paraId="752BAFE3" w14:textId="77777777" w:rsidR="00C45088" w:rsidRDefault="0022788D">
            <w:r>
              <w:rPr>
                <w:b/>
              </w:rPr>
              <w:t>TOTAL VAT</w:t>
            </w:r>
          </w:p>
        </w:tc>
        <w:tc>
          <w:tcPr>
            <w:tcW w:w="1080" w:type="dxa"/>
            <w:shd w:val="clear" w:color="auto" w:fill="E8F0FE"/>
          </w:tcPr>
          <w:p w14:paraId="28079A71" w14:textId="77777777" w:rsidR="00C45088" w:rsidRDefault="00C45088"/>
        </w:tc>
        <w:tc>
          <w:tcPr>
            <w:tcW w:w="1080" w:type="dxa"/>
          </w:tcPr>
          <w:p w14:paraId="46BCA802" w14:textId="77777777" w:rsidR="00C45088" w:rsidRDefault="00C45088"/>
        </w:tc>
      </w:tr>
      <w:tr w:rsidR="00C45088" w14:paraId="6F8B4F69" w14:textId="77777777">
        <w:tc>
          <w:tcPr>
            <w:tcW w:w="1080" w:type="dxa"/>
          </w:tcPr>
          <w:p w14:paraId="0CC96172" w14:textId="77777777" w:rsidR="00C45088" w:rsidRDefault="00C45088"/>
        </w:tc>
        <w:tc>
          <w:tcPr>
            <w:tcW w:w="1080" w:type="dxa"/>
          </w:tcPr>
          <w:p w14:paraId="24AC0EF5" w14:textId="77777777" w:rsidR="00C45088" w:rsidRDefault="00C45088"/>
        </w:tc>
        <w:tc>
          <w:tcPr>
            <w:tcW w:w="1080" w:type="dxa"/>
          </w:tcPr>
          <w:p w14:paraId="77C69DD9" w14:textId="77777777" w:rsidR="00C45088" w:rsidRDefault="00C45088"/>
        </w:tc>
        <w:tc>
          <w:tcPr>
            <w:tcW w:w="1080" w:type="dxa"/>
          </w:tcPr>
          <w:p w14:paraId="19A28DAA" w14:textId="77777777" w:rsidR="00C45088" w:rsidRDefault="00C45088"/>
        </w:tc>
        <w:tc>
          <w:tcPr>
            <w:tcW w:w="1080" w:type="dxa"/>
          </w:tcPr>
          <w:p w14:paraId="0C2161BE" w14:textId="77777777" w:rsidR="00C45088" w:rsidRDefault="00C45088"/>
        </w:tc>
        <w:tc>
          <w:tcPr>
            <w:tcW w:w="1080" w:type="dxa"/>
          </w:tcPr>
          <w:p w14:paraId="77AF653A" w14:textId="77777777" w:rsidR="00C45088" w:rsidRDefault="00C45088"/>
        </w:tc>
        <w:tc>
          <w:tcPr>
            <w:tcW w:w="1080" w:type="dxa"/>
          </w:tcPr>
          <w:p w14:paraId="1ECB4C8C" w14:textId="77777777" w:rsidR="00C45088" w:rsidRDefault="0022788D">
            <w:r>
              <w:rPr>
                <w:b/>
              </w:rPr>
              <w:t>TOTAL DUE</w:t>
            </w:r>
          </w:p>
        </w:tc>
        <w:tc>
          <w:tcPr>
            <w:tcW w:w="1080" w:type="dxa"/>
            <w:shd w:val="clear" w:color="auto" w:fill="E8F0FE"/>
          </w:tcPr>
          <w:p w14:paraId="78444EAE" w14:textId="77777777" w:rsidR="00C45088" w:rsidRDefault="00C45088"/>
        </w:tc>
      </w:tr>
    </w:tbl>
    <w:p w14:paraId="4E72660E" w14:textId="77777777" w:rsidR="00C45088" w:rsidRDefault="00C45088"/>
    <w:p w14:paraId="15C20B1E" w14:textId="77777777" w:rsidR="00C45088" w:rsidRDefault="0022788D">
      <w:r>
        <w:rPr>
          <w:b/>
        </w:rPr>
        <w:t xml:space="preserve">Bank details (for </w:t>
      </w:r>
      <w:r>
        <w:rPr>
          <w:b/>
        </w:rPr>
        <w:t>prepayment)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45088" w14:paraId="739203CD" w14:textId="77777777">
        <w:tc>
          <w:tcPr>
            <w:tcW w:w="4320" w:type="dxa"/>
          </w:tcPr>
          <w:p w14:paraId="5031442E" w14:textId="77777777" w:rsidR="00C45088" w:rsidRDefault="0022788D">
            <w:r>
              <w:rPr>
                <w:b/>
              </w:rPr>
              <w:t>Account name</w:t>
            </w:r>
          </w:p>
        </w:tc>
        <w:tc>
          <w:tcPr>
            <w:tcW w:w="4320" w:type="dxa"/>
            <w:shd w:val="clear" w:color="auto" w:fill="E8F0FE"/>
          </w:tcPr>
          <w:p w14:paraId="0D118117" w14:textId="77777777" w:rsidR="00C45088" w:rsidRDefault="00C45088"/>
        </w:tc>
      </w:tr>
      <w:tr w:rsidR="00C45088" w14:paraId="26AFA445" w14:textId="77777777">
        <w:tc>
          <w:tcPr>
            <w:tcW w:w="4320" w:type="dxa"/>
          </w:tcPr>
          <w:p w14:paraId="43A8D55F" w14:textId="77777777" w:rsidR="00C45088" w:rsidRDefault="0022788D">
            <w:r>
              <w:rPr>
                <w:b/>
              </w:rPr>
              <w:t>Sort code</w:t>
            </w:r>
          </w:p>
        </w:tc>
        <w:tc>
          <w:tcPr>
            <w:tcW w:w="4320" w:type="dxa"/>
            <w:shd w:val="clear" w:color="auto" w:fill="E8F0FE"/>
          </w:tcPr>
          <w:p w14:paraId="3F0E67C4" w14:textId="77777777" w:rsidR="00C45088" w:rsidRDefault="00C45088"/>
        </w:tc>
      </w:tr>
      <w:tr w:rsidR="00C45088" w14:paraId="12B9F86D" w14:textId="77777777">
        <w:tc>
          <w:tcPr>
            <w:tcW w:w="4320" w:type="dxa"/>
          </w:tcPr>
          <w:p w14:paraId="3B3DAB48" w14:textId="77777777" w:rsidR="00C45088" w:rsidRDefault="0022788D">
            <w:r>
              <w:rPr>
                <w:b/>
              </w:rPr>
              <w:t>Account number / IBAN</w:t>
            </w:r>
          </w:p>
        </w:tc>
        <w:tc>
          <w:tcPr>
            <w:tcW w:w="4320" w:type="dxa"/>
            <w:shd w:val="clear" w:color="auto" w:fill="E8F0FE"/>
          </w:tcPr>
          <w:p w14:paraId="47E0B62F" w14:textId="77777777" w:rsidR="00C45088" w:rsidRDefault="00C45088"/>
        </w:tc>
      </w:tr>
      <w:tr w:rsidR="00C45088" w14:paraId="17383DC9" w14:textId="77777777">
        <w:tc>
          <w:tcPr>
            <w:tcW w:w="4320" w:type="dxa"/>
          </w:tcPr>
          <w:p w14:paraId="037C2ECA" w14:textId="77777777" w:rsidR="00C45088" w:rsidRDefault="0022788D">
            <w:r>
              <w:rPr>
                <w:b/>
              </w:rPr>
              <w:t>Payment reference</w:t>
            </w:r>
          </w:p>
        </w:tc>
        <w:tc>
          <w:tcPr>
            <w:tcW w:w="4320" w:type="dxa"/>
            <w:shd w:val="clear" w:color="auto" w:fill="E8F0FE"/>
          </w:tcPr>
          <w:p w14:paraId="4E1BAFE8" w14:textId="77777777" w:rsidR="00C45088" w:rsidRDefault="00C45088"/>
        </w:tc>
      </w:tr>
    </w:tbl>
    <w:p w14:paraId="63A70E13" w14:textId="77777777" w:rsidR="00C45088" w:rsidRDefault="00C45088"/>
    <w:p w14:paraId="1AD3E8BD" w14:textId="01627FF3" w:rsidR="00C45088" w:rsidRDefault="0022788D">
      <w:r>
        <w:rPr>
          <w:b/>
        </w:rPr>
        <w:t xml:space="preserve">Important: </w:t>
      </w:r>
      <w:r>
        <w:t xml:space="preserve">This is a pro‑forma invoice and does not constitute a VAT invoice. No tax point is created until </w:t>
      </w:r>
      <w:r w:rsidR="00711960">
        <w:t xml:space="preserve">a </w:t>
      </w:r>
      <w:r>
        <w:t>supply/payment. VAT amounts shown are indicative.</w:t>
      </w:r>
    </w:p>
    <w:sectPr w:rsidR="00C45088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B6971" w14:textId="77777777" w:rsidR="00711960" w:rsidRDefault="00711960" w:rsidP="00711960">
      <w:pPr>
        <w:spacing w:after="0" w:line="240" w:lineRule="auto"/>
      </w:pPr>
      <w:r>
        <w:separator/>
      </w:r>
    </w:p>
  </w:endnote>
  <w:endnote w:type="continuationSeparator" w:id="0">
    <w:p w14:paraId="2D40090E" w14:textId="77777777" w:rsidR="00711960" w:rsidRDefault="00711960" w:rsidP="0071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08EA" w14:textId="11ACD4FE" w:rsidR="00711960" w:rsidRDefault="00F5507F" w:rsidP="00F5507F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AML Supervised • ICO Registered • Xero Partner | Practicing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6363F" w14:textId="77777777" w:rsidR="00711960" w:rsidRDefault="00711960" w:rsidP="00711960">
      <w:pPr>
        <w:spacing w:after="0" w:line="240" w:lineRule="auto"/>
      </w:pPr>
      <w:r>
        <w:separator/>
      </w:r>
    </w:p>
  </w:footnote>
  <w:footnote w:type="continuationSeparator" w:id="0">
    <w:p w14:paraId="3E2E1F62" w14:textId="77777777" w:rsidR="00711960" w:rsidRDefault="00711960" w:rsidP="0071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92057" w14:textId="6E3D58F6" w:rsidR="00711960" w:rsidRDefault="00711960" w:rsidP="00711960">
    <w:pPr>
      <w:pStyle w:val="Header"/>
      <w:jc w:val="center"/>
    </w:pPr>
    <w:r>
      <w:rPr>
        <w:noProof/>
      </w:rPr>
      <w:drawing>
        <wp:inline distT="0" distB="0" distL="0" distR="0" wp14:anchorId="03C6E652" wp14:editId="4E687ABC">
          <wp:extent cx="3781959" cy="1114015"/>
          <wp:effectExtent l="0" t="0" r="0" b="0"/>
          <wp:docPr id="487536871" name="Picture 1" descr="A blue and white business c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536871" name="Picture 1" descr="A blue and white business car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98305" cy="1118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01E47C" w14:textId="77777777" w:rsidR="00711960" w:rsidRDefault="007119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7892314">
    <w:abstractNumId w:val="8"/>
  </w:num>
  <w:num w:numId="2" w16cid:durableId="1273168132">
    <w:abstractNumId w:val="6"/>
  </w:num>
  <w:num w:numId="3" w16cid:durableId="1940874245">
    <w:abstractNumId w:val="5"/>
  </w:num>
  <w:num w:numId="4" w16cid:durableId="782306738">
    <w:abstractNumId w:val="4"/>
  </w:num>
  <w:num w:numId="5" w16cid:durableId="1306734820">
    <w:abstractNumId w:val="7"/>
  </w:num>
  <w:num w:numId="6" w16cid:durableId="1155293815">
    <w:abstractNumId w:val="3"/>
  </w:num>
  <w:num w:numId="7" w16cid:durableId="1182551759">
    <w:abstractNumId w:val="2"/>
  </w:num>
  <w:num w:numId="8" w16cid:durableId="2041777714">
    <w:abstractNumId w:val="1"/>
  </w:num>
  <w:num w:numId="9" w16cid:durableId="194904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788D"/>
    <w:rsid w:val="0029639D"/>
    <w:rsid w:val="00326F90"/>
    <w:rsid w:val="00711960"/>
    <w:rsid w:val="00AA1D8D"/>
    <w:rsid w:val="00B47730"/>
    <w:rsid w:val="00C45088"/>
    <w:rsid w:val="00CB0664"/>
    <w:rsid w:val="00F5507F"/>
    <w:rsid w:val="00F552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062061"/>
  <w14:defaultImageDpi w14:val="300"/>
  <w15:docId w15:val="{8C2CFA88-4330-4A30-8D22-574B34F2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147</Words>
  <Characters>800</Characters>
  <Application>Microsoft Office Word</Application>
  <DocSecurity>0</DocSecurity>
  <Lines>200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4</cp:revision>
  <dcterms:created xsi:type="dcterms:W3CDTF">2013-12-23T23:15:00Z</dcterms:created>
  <dcterms:modified xsi:type="dcterms:W3CDTF">2025-11-09T01:49:00Z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ca2df4c1-1f90-4aea-8e8b-b7a732747fbe</vt:lpwstr>
  </property>
</Properties>
</file>