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62A1E" w14:paraId="4E8AFA27" w14:textId="77777777">
        <w:tc>
          <w:tcPr>
            <w:tcW w:w="4320" w:type="dxa"/>
          </w:tcPr>
          <w:p w14:paraId="487420F4" w14:textId="77777777" w:rsidR="00B0366E" w:rsidRDefault="00B0366E"/>
        </w:tc>
        <w:tc>
          <w:tcPr>
            <w:tcW w:w="4320" w:type="dxa"/>
          </w:tcPr>
          <w:p w14:paraId="2A20FCB2" w14:textId="67BE1D18" w:rsidR="00B0366E" w:rsidRDefault="00B0366E"/>
        </w:tc>
      </w:tr>
    </w:tbl>
    <w:p w14:paraId="44AB7A91" w14:textId="77777777" w:rsidR="00B0366E" w:rsidRDefault="00B0366E"/>
    <w:p w14:paraId="0189E2B3" w14:textId="472423DF" w:rsidR="00B0366E" w:rsidRDefault="00C874F1">
      <w:pPr>
        <w:jc w:val="center"/>
      </w:pPr>
      <w:r>
        <w:rPr>
          <w:b/>
          <w:sz w:val="44"/>
        </w:rPr>
        <w:t>VAT CREDIT NOTE</w:t>
      </w:r>
    </w:p>
    <w:p w14:paraId="21CA8E39" w14:textId="77777777" w:rsidR="00B0366E" w:rsidRDefault="00B0366E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B0366E" w14:paraId="2AB33939" w14:textId="77777777">
        <w:tc>
          <w:tcPr>
            <w:tcW w:w="2160" w:type="dxa"/>
          </w:tcPr>
          <w:p w14:paraId="72BEE617" w14:textId="77777777" w:rsidR="00B0366E" w:rsidRDefault="00C874F1">
            <w:r>
              <w:rPr>
                <w:b/>
              </w:rPr>
              <w:t>Supplier (Your business)</w:t>
            </w:r>
          </w:p>
        </w:tc>
        <w:tc>
          <w:tcPr>
            <w:tcW w:w="2160" w:type="dxa"/>
            <w:shd w:val="clear" w:color="auto" w:fill="E8F0FE"/>
          </w:tcPr>
          <w:p w14:paraId="208DED57" w14:textId="77777777" w:rsidR="00B0366E" w:rsidRDefault="00B0366E"/>
        </w:tc>
        <w:tc>
          <w:tcPr>
            <w:tcW w:w="2160" w:type="dxa"/>
          </w:tcPr>
          <w:p w14:paraId="7FD6F0E7" w14:textId="77777777" w:rsidR="00B0366E" w:rsidRDefault="00C874F1">
            <w:r>
              <w:rPr>
                <w:b/>
              </w:rPr>
              <w:t>Customer (Bill to)</w:t>
            </w:r>
          </w:p>
        </w:tc>
        <w:tc>
          <w:tcPr>
            <w:tcW w:w="2160" w:type="dxa"/>
            <w:shd w:val="clear" w:color="auto" w:fill="E8F0FE"/>
          </w:tcPr>
          <w:p w14:paraId="73E4C700" w14:textId="77777777" w:rsidR="00B0366E" w:rsidRDefault="00B0366E"/>
        </w:tc>
      </w:tr>
      <w:tr w:rsidR="00B0366E" w14:paraId="08AFC1D8" w14:textId="77777777">
        <w:tc>
          <w:tcPr>
            <w:tcW w:w="2160" w:type="dxa"/>
          </w:tcPr>
          <w:p w14:paraId="38A6FAAD" w14:textId="77777777" w:rsidR="00B0366E" w:rsidRDefault="00C874F1">
            <w:r>
              <w:rPr>
                <w:b/>
              </w:rPr>
              <w:t>Business name</w:t>
            </w:r>
          </w:p>
        </w:tc>
        <w:tc>
          <w:tcPr>
            <w:tcW w:w="2160" w:type="dxa"/>
            <w:shd w:val="clear" w:color="auto" w:fill="E8F0FE"/>
          </w:tcPr>
          <w:p w14:paraId="78EB96CF" w14:textId="77777777" w:rsidR="00B0366E" w:rsidRDefault="00B0366E"/>
        </w:tc>
        <w:tc>
          <w:tcPr>
            <w:tcW w:w="2160" w:type="dxa"/>
          </w:tcPr>
          <w:p w14:paraId="01058CD9" w14:textId="77777777" w:rsidR="00B0366E" w:rsidRDefault="00C874F1">
            <w:r>
              <w:rPr>
                <w:b/>
              </w:rPr>
              <w:t>Customer name</w:t>
            </w:r>
          </w:p>
        </w:tc>
        <w:tc>
          <w:tcPr>
            <w:tcW w:w="2160" w:type="dxa"/>
            <w:shd w:val="clear" w:color="auto" w:fill="E8F0FE"/>
          </w:tcPr>
          <w:p w14:paraId="4CF907DF" w14:textId="77777777" w:rsidR="00B0366E" w:rsidRDefault="00B0366E"/>
        </w:tc>
      </w:tr>
      <w:tr w:rsidR="00B0366E" w14:paraId="385D51C7" w14:textId="77777777">
        <w:tc>
          <w:tcPr>
            <w:tcW w:w="2160" w:type="dxa"/>
          </w:tcPr>
          <w:p w14:paraId="59AC3384" w14:textId="77777777" w:rsidR="00B0366E" w:rsidRDefault="00C874F1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3E4123B3" w14:textId="77777777" w:rsidR="00B0366E" w:rsidRDefault="00B0366E"/>
        </w:tc>
        <w:tc>
          <w:tcPr>
            <w:tcW w:w="2160" w:type="dxa"/>
          </w:tcPr>
          <w:p w14:paraId="64034E36" w14:textId="77777777" w:rsidR="00B0366E" w:rsidRDefault="00C874F1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6DDC52B1" w14:textId="77777777" w:rsidR="00B0366E" w:rsidRDefault="00B0366E"/>
        </w:tc>
      </w:tr>
      <w:tr w:rsidR="00B0366E" w14:paraId="36E37DC6" w14:textId="77777777">
        <w:tc>
          <w:tcPr>
            <w:tcW w:w="2160" w:type="dxa"/>
          </w:tcPr>
          <w:p w14:paraId="6F171456" w14:textId="77777777" w:rsidR="00B0366E" w:rsidRDefault="00C874F1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6374074C" w14:textId="77777777" w:rsidR="00B0366E" w:rsidRDefault="00B0366E"/>
        </w:tc>
        <w:tc>
          <w:tcPr>
            <w:tcW w:w="2160" w:type="dxa"/>
          </w:tcPr>
          <w:p w14:paraId="7548E9B7" w14:textId="77777777" w:rsidR="00B0366E" w:rsidRDefault="00C874F1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093AFC08" w14:textId="77777777" w:rsidR="00B0366E" w:rsidRDefault="00B0366E"/>
        </w:tc>
      </w:tr>
      <w:tr w:rsidR="00B0366E" w14:paraId="53408B96" w14:textId="77777777">
        <w:tc>
          <w:tcPr>
            <w:tcW w:w="2160" w:type="dxa"/>
          </w:tcPr>
          <w:p w14:paraId="505CD79D" w14:textId="77777777" w:rsidR="00B0366E" w:rsidRDefault="00C874F1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14C89534" w14:textId="77777777" w:rsidR="00B0366E" w:rsidRDefault="00B0366E"/>
        </w:tc>
        <w:tc>
          <w:tcPr>
            <w:tcW w:w="2160" w:type="dxa"/>
          </w:tcPr>
          <w:p w14:paraId="6E10A655" w14:textId="77777777" w:rsidR="00B0366E" w:rsidRDefault="00C874F1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0FC9FECC" w14:textId="77777777" w:rsidR="00B0366E" w:rsidRDefault="00B0366E"/>
        </w:tc>
      </w:tr>
      <w:tr w:rsidR="00B0366E" w14:paraId="3ADCA0B5" w14:textId="77777777">
        <w:tc>
          <w:tcPr>
            <w:tcW w:w="2160" w:type="dxa"/>
          </w:tcPr>
          <w:p w14:paraId="6E37CB29" w14:textId="77777777" w:rsidR="00B0366E" w:rsidRDefault="00C874F1">
            <w:r>
              <w:rPr>
                <w:b/>
              </w:rPr>
              <w:t>VAT registration no.</w:t>
            </w:r>
          </w:p>
        </w:tc>
        <w:tc>
          <w:tcPr>
            <w:tcW w:w="2160" w:type="dxa"/>
            <w:shd w:val="clear" w:color="auto" w:fill="E8F0FE"/>
          </w:tcPr>
          <w:p w14:paraId="6D79E3A5" w14:textId="77777777" w:rsidR="00B0366E" w:rsidRDefault="00B0366E"/>
        </w:tc>
        <w:tc>
          <w:tcPr>
            <w:tcW w:w="2160" w:type="dxa"/>
          </w:tcPr>
          <w:p w14:paraId="781F259A" w14:textId="77777777" w:rsidR="00B0366E" w:rsidRDefault="00C874F1">
            <w:r>
              <w:rPr>
                <w:b/>
              </w:rPr>
              <w:t xml:space="preserve">Customer VAT </w:t>
            </w:r>
            <w:r>
              <w:rPr>
                <w:b/>
              </w:rPr>
              <w:t>no. (if any)</w:t>
            </w:r>
          </w:p>
        </w:tc>
        <w:tc>
          <w:tcPr>
            <w:tcW w:w="2160" w:type="dxa"/>
            <w:shd w:val="clear" w:color="auto" w:fill="E8F0FE"/>
          </w:tcPr>
          <w:p w14:paraId="5DF27E1A" w14:textId="77777777" w:rsidR="00B0366E" w:rsidRDefault="00B0366E"/>
        </w:tc>
      </w:tr>
      <w:tr w:rsidR="00B0366E" w14:paraId="70369D57" w14:textId="77777777">
        <w:tc>
          <w:tcPr>
            <w:tcW w:w="2160" w:type="dxa"/>
          </w:tcPr>
          <w:p w14:paraId="3D0E23DC" w14:textId="77777777" w:rsidR="00B0366E" w:rsidRDefault="00C874F1">
            <w:r>
              <w:rPr>
                <w:b/>
              </w:rPr>
              <w:t>Email</w:t>
            </w:r>
          </w:p>
        </w:tc>
        <w:tc>
          <w:tcPr>
            <w:tcW w:w="2160" w:type="dxa"/>
            <w:shd w:val="clear" w:color="auto" w:fill="E8F0FE"/>
          </w:tcPr>
          <w:p w14:paraId="62827C2C" w14:textId="77777777" w:rsidR="00B0366E" w:rsidRDefault="00B0366E"/>
        </w:tc>
        <w:tc>
          <w:tcPr>
            <w:tcW w:w="2160" w:type="dxa"/>
          </w:tcPr>
          <w:p w14:paraId="42E2883D" w14:textId="77777777" w:rsidR="00B0366E" w:rsidRDefault="00C874F1">
            <w:r>
              <w:rPr>
                <w:b/>
              </w:rPr>
              <w:t>PO number (optional)</w:t>
            </w:r>
          </w:p>
        </w:tc>
        <w:tc>
          <w:tcPr>
            <w:tcW w:w="2160" w:type="dxa"/>
            <w:shd w:val="clear" w:color="auto" w:fill="E8F0FE"/>
          </w:tcPr>
          <w:p w14:paraId="0791675A" w14:textId="77777777" w:rsidR="00B0366E" w:rsidRDefault="00B0366E"/>
        </w:tc>
      </w:tr>
      <w:tr w:rsidR="00B0366E" w14:paraId="22EE3B1F" w14:textId="77777777">
        <w:tc>
          <w:tcPr>
            <w:tcW w:w="2160" w:type="dxa"/>
          </w:tcPr>
          <w:p w14:paraId="7A3F14E7" w14:textId="77777777" w:rsidR="00B0366E" w:rsidRDefault="00C874F1">
            <w:r>
              <w:rPr>
                <w:b/>
              </w:rPr>
              <w:t>Phone</w:t>
            </w:r>
          </w:p>
        </w:tc>
        <w:tc>
          <w:tcPr>
            <w:tcW w:w="2160" w:type="dxa"/>
            <w:shd w:val="clear" w:color="auto" w:fill="E8F0FE"/>
          </w:tcPr>
          <w:p w14:paraId="6111DD53" w14:textId="77777777" w:rsidR="00B0366E" w:rsidRDefault="00B0366E"/>
        </w:tc>
        <w:tc>
          <w:tcPr>
            <w:tcW w:w="2160" w:type="dxa"/>
          </w:tcPr>
          <w:p w14:paraId="0564994A" w14:textId="77777777" w:rsidR="00B0366E" w:rsidRDefault="00B0366E"/>
        </w:tc>
        <w:tc>
          <w:tcPr>
            <w:tcW w:w="2160" w:type="dxa"/>
            <w:shd w:val="clear" w:color="auto" w:fill="E8F0FE"/>
          </w:tcPr>
          <w:p w14:paraId="7F596114" w14:textId="77777777" w:rsidR="00B0366E" w:rsidRDefault="00B0366E"/>
        </w:tc>
      </w:tr>
    </w:tbl>
    <w:p w14:paraId="285EDBAC" w14:textId="77777777" w:rsidR="00B0366E" w:rsidRDefault="00B0366E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B0366E" w14:paraId="51813017" w14:textId="77777777">
        <w:tc>
          <w:tcPr>
            <w:tcW w:w="2160" w:type="dxa"/>
          </w:tcPr>
          <w:p w14:paraId="5A1E0CEE" w14:textId="77777777" w:rsidR="00B0366E" w:rsidRDefault="00C874F1">
            <w:r>
              <w:rPr>
                <w:b/>
              </w:rPr>
              <w:t>Credit note number</w:t>
            </w:r>
          </w:p>
        </w:tc>
        <w:tc>
          <w:tcPr>
            <w:tcW w:w="2160" w:type="dxa"/>
            <w:shd w:val="clear" w:color="auto" w:fill="E8F0FE"/>
          </w:tcPr>
          <w:p w14:paraId="4DE2F02F" w14:textId="77777777" w:rsidR="00B0366E" w:rsidRDefault="00B0366E"/>
        </w:tc>
        <w:tc>
          <w:tcPr>
            <w:tcW w:w="2160" w:type="dxa"/>
          </w:tcPr>
          <w:p w14:paraId="1625203B" w14:textId="77777777" w:rsidR="00B0366E" w:rsidRDefault="00C874F1">
            <w:r>
              <w:rPr>
                <w:b/>
              </w:rPr>
              <w:t>Date (dd/mm/yyyy)</w:t>
            </w:r>
          </w:p>
        </w:tc>
        <w:tc>
          <w:tcPr>
            <w:tcW w:w="2160" w:type="dxa"/>
            <w:shd w:val="clear" w:color="auto" w:fill="E8F0FE"/>
          </w:tcPr>
          <w:p w14:paraId="29523327" w14:textId="77777777" w:rsidR="00B0366E" w:rsidRDefault="00B0366E"/>
        </w:tc>
      </w:tr>
      <w:tr w:rsidR="00B0366E" w14:paraId="51AE19FD" w14:textId="77777777">
        <w:tc>
          <w:tcPr>
            <w:tcW w:w="2160" w:type="dxa"/>
          </w:tcPr>
          <w:p w14:paraId="641EC2C9" w14:textId="77777777" w:rsidR="00B0366E" w:rsidRDefault="00C874F1">
            <w:r>
              <w:rPr>
                <w:b/>
              </w:rPr>
              <w:t>Original invoice number</w:t>
            </w:r>
          </w:p>
        </w:tc>
        <w:tc>
          <w:tcPr>
            <w:tcW w:w="2160" w:type="dxa"/>
            <w:shd w:val="clear" w:color="auto" w:fill="E8F0FE"/>
          </w:tcPr>
          <w:p w14:paraId="0B239075" w14:textId="77777777" w:rsidR="00B0366E" w:rsidRDefault="00B0366E"/>
        </w:tc>
        <w:tc>
          <w:tcPr>
            <w:tcW w:w="2160" w:type="dxa"/>
          </w:tcPr>
          <w:p w14:paraId="6E69A082" w14:textId="77777777" w:rsidR="00B0366E" w:rsidRDefault="00C874F1">
            <w:r>
              <w:rPr>
                <w:b/>
              </w:rPr>
              <w:t>Original invoice date</w:t>
            </w:r>
          </w:p>
        </w:tc>
        <w:tc>
          <w:tcPr>
            <w:tcW w:w="2160" w:type="dxa"/>
            <w:shd w:val="clear" w:color="auto" w:fill="E8F0FE"/>
          </w:tcPr>
          <w:p w14:paraId="653F8A6B" w14:textId="77777777" w:rsidR="00B0366E" w:rsidRDefault="00B0366E"/>
        </w:tc>
      </w:tr>
      <w:tr w:rsidR="00B0366E" w14:paraId="02123301" w14:textId="77777777">
        <w:tc>
          <w:tcPr>
            <w:tcW w:w="2160" w:type="dxa"/>
          </w:tcPr>
          <w:p w14:paraId="1F27E710" w14:textId="77777777" w:rsidR="00B0366E" w:rsidRDefault="00C874F1">
            <w:r>
              <w:rPr>
                <w:b/>
              </w:rPr>
              <w:t>Reason for credit (brief)</w:t>
            </w:r>
          </w:p>
        </w:tc>
        <w:tc>
          <w:tcPr>
            <w:tcW w:w="2160" w:type="dxa"/>
            <w:shd w:val="clear" w:color="auto" w:fill="E8F0FE"/>
          </w:tcPr>
          <w:p w14:paraId="58D816B8" w14:textId="77777777" w:rsidR="00B0366E" w:rsidRDefault="00B0366E"/>
        </w:tc>
        <w:tc>
          <w:tcPr>
            <w:tcW w:w="2160" w:type="dxa"/>
          </w:tcPr>
          <w:p w14:paraId="74EC7CBD" w14:textId="77777777" w:rsidR="00B0366E" w:rsidRDefault="00C874F1">
            <w:r>
              <w:rPr>
                <w:b/>
              </w:rPr>
              <w:t>PO/Reference (optional)</w:t>
            </w:r>
          </w:p>
        </w:tc>
        <w:tc>
          <w:tcPr>
            <w:tcW w:w="2160" w:type="dxa"/>
            <w:shd w:val="clear" w:color="auto" w:fill="E8F0FE"/>
          </w:tcPr>
          <w:p w14:paraId="2F7A4E14" w14:textId="77777777" w:rsidR="00B0366E" w:rsidRDefault="00B0366E"/>
        </w:tc>
      </w:tr>
    </w:tbl>
    <w:p w14:paraId="0F3B69C2" w14:textId="77777777" w:rsidR="00B0366E" w:rsidRDefault="00B0366E"/>
    <w:p w14:paraId="5C668249" w14:textId="77777777" w:rsidR="00C874F1" w:rsidRDefault="00C874F1"/>
    <w:p w14:paraId="33DAA777" w14:textId="77777777" w:rsidR="00C874F1" w:rsidRDefault="00C874F1"/>
    <w:p w14:paraId="3E24AD5C" w14:textId="77777777" w:rsidR="00C874F1" w:rsidRDefault="00C874F1"/>
    <w:p w14:paraId="5AB9F9A8" w14:textId="77777777" w:rsidR="00C874F1" w:rsidRDefault="00C874F1"/>
    <w:p w14:paraId="6D1AC76A" w14:textId="77777777" w:rsidR="00C874F1" w:rsidRDefault="00C874F1"/>
    <w:p w14:paraId="22F035CD" w14:textId="77777777" w:rsidR="00C874F1" w:rsidRDefault="00C874F1"/>
    <w:p w14:paraId="3C62DA26" w14:textId="77777777" w:rsidR="00C874F1" w:rsidRDefault="00C874F1"/>
    <w:p w14:paraId="3B0500C5" w14:textId="77777777" w:rsidR="00C874F1" w:rsidRDefault="00C874F1"/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1080"/>
        <w:gridCol w:w="1080"/>
        <w:gridCol w:w="1080"/>
        <w:gridCol w:w="1080"/>
        <w:gridCol w:w="1080"/>
        <w:gridCol w:w="1080"/>
        <w:gridCol w:w="1080"/>
      </w:tblGrid>
      <w:tr w:rsidR="00B0366E" w14:paraId="43B470B8" w14:textId="77777777">
        <w:tc>
          <w:tcPr>
            <w:tcW w:w="1080" w:type="dxa"/>
          </w:tcPr>
          <w:p w14:paraId="7554FA63" w14:textId="77777777" w:rsidR="00B0366E" w:rsidRDefault="00C874F1">
            <w:r>
              <w:rPr>
                <w:b/>
              </w:rPr>
              <w:t>Description</w:t>
            </w:r>
          </w:p>
        </w:tc>
        <w:tc>
          <w:tcPr>
            <w:tcW w:w="1080" w:type="dxa"/>
          </w:tcPr>
          <w:p w14:paraId="5816A0AC" w14:textId="77777777" w:rsidR="00B0366E" w:rsidRDefault="00C874F1">
            <w:r>
              <w:rPr>
                <w:b/>
              </w:rPr>
              <w:t>Qty</w:t>
            </w:r>
          </w:p>
        </w:tc>
        <w:tc>
          <w:tcPr>
            <w:tcW w:w="1080" w:type="dxa"/>
          </w:tcPr>
          <w:p w14:paraId="771ED84C" w14:textId="77777777" w:rsidR="00B0366E" w:rsidRDefault="00C874F1">
            <w:r>
              <w:rPr>
                <w:b/>
              </w:rPr>
              <w:t>Unit price (ex VAT)</w:t>
            </w:r>
          </w:p>
        </w:tc>
        <w:tc>
          <w:tcPr>
            <w:tcW w:w="1080" w:type="dxa"/>
          </w:tcPr>
          <w:p w14:paraId="755CD870" w14:textId="77777777" w:rsidR="00B0366E" w:rsidRDefault="00C874F1">
            <w:r>
              <w:rPr>
                <w:b/>
              </w:rPr>
              <w:t>Line net (ex VAT)</w:t>
            </w:r>
          </w:p>
        </w:tc>
        <w:tc>
          <w:tcPr>
            <w:tcW w:w="1080" w:type="dxa"/>
          </w:tcPr>
          <w:p w14:paraId="05E83235" w14:textId="77777777" w:rsidR="00B0366E" w:rsidRDefault="00C874F1">
            <w:r>
              <w:rPr>
                <w:b/>
              </w:rPr>
              <w:t>VAT treatment</w:t>
            </w:r>
          </w:p>
        </w:tc>
        <w:tc>
          <w:tcPr>
            <w:tcW w:w="1080" w:type="dxa"/>
          </w:tcPr>
          <w:p w14:paraId="37DAD5EC" w14:textId="77777777" w:rsidR="00B0366E" w:rsidRDefault="00C874F1">
            <w:r>
              <w:rPr>
                <w:b/>
              </w:rPr>
              <w:t>VAT rate</w:t>
            </w:r>
          </w:p>
        </w:tc>
        <w:tc>
          <w:tcPr>
            <w:tcW w:w="1080" w:type="dxa"/>
          </w:tcPr>
          <w:p w14:paraId="614DA130" w14:textId="77777777" w:rsidR="00B0366E" w:rsidRDefault="00C874F1">
            <w:r>
              <w:rPr>
                <w:b/>
              </w:rPr>
              <w:t>VAT amount</w:t>
            </w:r>
          </w:p>
        </w:tc>
        <w:tc>
          <w:tcPr>
            <w:tcW w:w="1080" w:type="dxa"/>
          </w:tcPr>
          <w:p w14:paraId="7A2DA233" w14:textId="77777777" w:rsidR="00B0366E" w:rsidRDefault="00C874F1">
            <w:r>
              <w:rPr>
                <w:b/>
              </w:rPr>
              <w:t>Line total (credit)</w:t>
            </w:r>
          </w:p>
        </w:tc>
      </w:tr>
      <w:tr w:rsidR="00B0366E" w14:paraId="5EF16055" w14:textId="77777777">
        <w:tc>
          <w:tcPr>
            <w:tcW w:w="1080" w:type="dxa"/>
            <w:shd w:val="clear" w:color="auto" w:fill="E8F0FE"/>
          </w:tcPr>
          <w:p w14:paraId="7C5515C9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731C324" w14:textId="77777777" w:rsidR="00B0366E" w:rsidRDefault="00B0366E"/>
        </w:tc>
        <w:tc>
          <w:tcPr>
            <w:tcW w:w="1080" w:type="dxa"/>
            <w:shd w:val="clear" w:color="auto" w:fill="E8F0FE"/>
          </w:tcPr>
          <w:p w14:paraId="7B18377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B15701A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07A908E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9085BD8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0B8598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B4EF3F2" w14:textId="77777777" w:rsidR="00B0366E" w:rsidRDefault="00B0366E"/>
        </w:tc>
      </w:tr>
      <w:tr w:rsidR="00B0366E" w14:paraId="02CC1617" w14:textId="77777777">
        <w:tc>
          <w:tcPr>
            <w:tcW w:w="1080" w:type="dxa"/>
            <w:shd w:val="clear" w:color="auto" w:fill="E8F0FE"/>
          </w:tcPr>
          <w:p w14:paraId="6D0984E0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13B8A1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42CC8C2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51E636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9D7AD8C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229B2D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4BFD4C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E529FDF" w14:textId="77777777" w:rsidR="00B0366E" w:rsidRDefault="00B0366E"/>
        </w:tc>
      </w:tr>
      <w:tr w:rsidR="00B0366E" w14:paraId="07D69FA7" w14:textId="77777777">
        <w:tc>
          <w:tcPr>
            <w:tcW w:w="1080" w:type="dxa"/>
            <w:shd w:val="clear" w:color="auto" w:fill="E8F0FE"/>
          </w:tcPr>
          <w:p w14:paraId="6A782F4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FBB404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D9D5062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721BE1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7485F67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24DB821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A9DB61D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F602E21" w14:textId="77777777" w:rsidR="00B0366E" w:rsidRDefault="00B0366E"/>
        </w:tc>
      </w:tr>
      <w:tr w:rsidR="00B0366E" w14:paraId="45CB3E25" w14:textId="77777777">
        <w:tc>
          <w:tcPr>
            <w:tcW w:w="1080" w:type="dxa"/>
            <w:shd w:val="clear" w:color="auto" w:fill="E8F0FE"/>
          </w:tcPr>
          <w:p w14:paraId="4FB7803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DBEA0C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52C1572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73F6DA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75DDB09" w14:textId="77777777" w:rsidR="00B0366E" w:rsidRDefault="00B0366E"/>
        </w:tc>
        <w:tc>
          <w:tcPr>
            <w:tcW w:w="1080" w:type="dxa"/>
            <w:shd w:val="clear" w:color="auto" w:fill="E8F0FE"/>
          </w:tcPr>
          <w:p w14:paraId="76A8B36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0F81731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89E8E71" w14:textId="77777777" w:rsidR="00B0366E" w:rsidRDefault="00B0366E"/>
        </w:tc>
      </w:tr>
      <w:tr w:rsidR="00B0366E" w14:paraId="4F5AFE40" w14:textId="77777777">
        <w:tc>
          <w:tcPr>
            <w:tcW w:w="1080" w:type="dxa"/>
            <w:shd w:val="clear" w:color="auto" w:fill="E8F0FE"/>
          </w:tcPr>
          <w:p w14:paraId="211BFB0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9799FA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9EF4D71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C7ADE96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0BA07F8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BD08904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A2522B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DB18C29" w14:textId="77777777" w:rsidR="00B0366E" w:rsidRDefault="00B0366E"/>
        </w:tc>
      </w:tr>
      <w:tr w:rsidR="00B0366E" w14:paraId="042E0C78" w14:textId="77777777">
        <w:tc>
          <w:tcPr>
            <w:tcW w:w="1080" w:type="dxa"/>
            <w:shd w:val="clear" w:color="auto" w:fill="E8F0FE"/>
          </w:tcPr>
          <w:p w14:paraId="70D8B2BE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44E068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05D4B4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61D9B4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8DB3E14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DE93F17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8263FBC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E67EE4E" w14:textId="77777777" w:rsidR="00B0366E" w:rsidRDefault="00B0366E"/>
        </w:tc>
      </w:tr>
      <w:tr w:rsidR="00B0366E" w14:paraId="2541E0C6" w14:textId="77777777">
        <w:tc>
          <w:tcPr>
            <w:tcW w:w="1080" w:type="dxa"/>
            <w:shd w:val="clear" w:color="auto" w:fill="E8F0FE"/>
          </w:tcPr>
          <w:p w14:paraId="75A0FAC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BC2BF46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930C5C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F2166D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F727136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46E062D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BEFB2D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5AD527A" w14:textId="77777777" w:rsidR="00B0366E" w:rsidRDefault="00B0366E"/>
        </w:tc>
      </w:tr>
      <w:tr w:rsidR="00B0366E" w14:paraId="199D5497" w14:textId="77777777">
        <w:tc>
          <w:tcPr>
            <w:tcW w:w="1080" w:type="dxa"/>
            <w:shd w:val="clear" w:color="auto" w:fill="E8F0FE"/>
          </w:tcPr>
          <w:p w14:paraId="6B58C639" w14:textId="77777777" w:rsidR="00B0366E" w:rsidRDefault="00B0366E"/>
        </w:tc>
        <w:tc>
          <w:tcPr>
            <w:tcW w:w="1080" w:type="dxa"/>
            <w:shd w:val="clear" w:color="auto" w:fill="E8F0FE"/>
          </w:tcPr>
          <w:p w14:paraId="47B95EA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D7241A8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34D9AF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33E631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B6BA0FA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B0B5ED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E41B3D8" w14:textId="77777777" w:rsidR="00B0366E" w:rsidRDefault="00B0366E"/>
        </w:tc>
      </w:tr>
      <w:tr w:rsidR="00B0366E" w14:paraId="0E3F6729" w14:textId="77777777">
        <w:tc>
          <w:tcPr>
            <w:tcW w:w="1080" w:type="dxa"/>
            <w:shd w:val="clear" w:color="auto" w:fill="E8F0FE"/>
          </w:tcPr>
          <w:p w14:paraId="43C2E6A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7170DDA" w14:textId="77777777" w:rsidR="00B0366E" w:rsidRDefault="00B0366E"/>
        </w:tc>
        <w:tc>
          <w:tcPr>
            <w:tcW w:w="1080" w:type="dxa"/>
            <w:shd w:val="clear" w:color="auto" w:fill="E8F0FE"/>
          </w:tcPr>
          <w:p w14:paraId="3A7B29BB" w14:textId="77777777" w:rsidR="00B0366E" w:rsidRDefault="00B0366E"/>
        </w:tc>
        <w:tc>
          <w:tcPr>
            <w:tcW w:w="1080" w:type="dxa"/>
            <w:shd w:val="clear" w:color="auto" w:fill="E8F0FE"/>
          </w:tcPr>
          <w:p w14:paraId="21FCB3FE" w14:textId="77777777" w:rsidR="00B0366E" w:rsidRDefault="00B0366E"/>
        </w:tc>
        <w:tc>
          <w:tcPr>
            <w:tcW w:w="1080" w:type="dxa"/>
            <w:shd w:val="clear" w:color="auto" w:fill="E8F0FE"/>
          </w:tcPr>
          <w:p w14:paraId="7691CE91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2AE92D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0E439620" w14:textId="77777777" w:rsidR="00B0366E" w:rsidRDefault="00B0366E"/>
        </w:tc>
        <w:tc>
          <w:tcPr>
            <w:tcW w:w="1080" w:type="dxa"/>
            <w:shd w:val="clear" w:color="auto" w:fill="E8F0FE"/>
          </w:tcPr>
          <w:p w14:paraId="51E30B90" w14:textId="77777777" w:rsidR="00B0366E" w:rsidRDefault="00B0366E"/>
        </w:tc>
      </w:tr>
      <w:tr w:rsidR="00B0366E" w14:paraId="5AC699ED" w14:textId="77777777">
        <w:tc>
          <w:tcPr>
            <w:tcW w:w="1080" w:type="dxa"/>
            <w:shd w:val="clear" w:color="auto" w:fill="E8F0FE"/>
          </w:tcPr>
          <w:p w14:paraId="31654D30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64EF43F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DFCC523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523CF0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9C9BDAC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B7E3491" w14:textId="77777777" w:rsidR="00B0366E" w:rsidRDefault="00B0366E"/>
        </w:tc>
        <w:tc>
          <w:tcPr>
            <w:tcW w:w="1080" w:type="dxa"/>
            <w:shd w:val="clear" w:color="auto" w:fill="E8F0FE"/>
          </w:tcPr>
          <w:p w14:paraId="63B38AA5" w14:textId="77777777" w:rsidR="00B0366E" w:rsidRDefault="00B0366E"/>
        </w:tc>
        <w:tc>
          <w:tcPr>
            <w:tcW w:w="1080" w:type="dxa"/>
            <w:shd w:val="clear" w:color="auto" w:fill="E8F0FE"/>
          </w:tcPr>
          <w:p w14:paraId="79DAD266" w14:textId="77777777" w:rsidR="00B0366E" w:rsidRDefault="00B0366E"/>
        </w:tc>
      </w:tr>
      <w:tr w:rsidR="00B0366E" w14:paraId="57438236" w14:textId="77777777">
        <w:tc>
          <w:tcPr>
            <w:tcW w:w="1080" w:type="dxa"/>
          </w:tcPr>
          <w:p w14:paraId="100BF124" w14:textId="77777777" w:rsidR="00B0366E" w:rsidRDefault="00B0366E"/>
        </w:tc>
        <w:tc>
          <w:tcPr>
            <w:tcW w:w="1080" w:type="dxa"/>
          </w:tcPr>
          <w:p w14:paraId="352EB5F7" w14:textId="77777777" w:rsidR="00B0366E" w:rsidRDefault="00B0366E"/>
        </w:tc>
        <w:tc>
          <w:tcPr>
            <w:tcW w:w="1080" w:type="dxa"/>
          </w:tcPr>
          <w:p w14:paraId="5C078DEF" w14:textId="77777777" w:rsidR="00B0366E" w:rsidRDefault="00C874F1">
            <w:r>
              <w:rPr>
                <w:b/>
              </w:rPr>
              <w:t>Subtotal (ex VAT)</w:t>
            </w:r>
          </w:p>
        </w:tc>
        <w:tc>
          <w:tcPr>
            <w:tcW w:w="1080" w:type="dxa"/>
            <w:shd w:val="clear" w:color="auto" w:fill="E8F0FE"/>
          </w:tcPr>
          <w:p w14:paraId="28DCF56C" w14:textId="77777777" w:rsidR="00B0366E" w:rsidRDefault="00B0366E"/>
        </w:tc>
        <w:tc>
          <w:tcPr>
            <w:tcW w:w="1080" w:type="dxa"/>
          </w:tcPr>
          <w:p w14:paraId="3FC003C8" w14:textId="77777777" w:rsidR="00B0366E" w:rsidRDefault="00B0366E"/>
        </w:tc>
        <w:tc>
          <w:tcPr>
            <w:tcW w:w="1080" w:type="dxa"/>
          </w:tcPr>
          <w:p w14:paraId="445DD770" w14:textId="77777777" w:rsidR="00B0366E" w:rsidRDefault="00B0366E"/>
        </w:tc>
        <w:tc>
          <w:tcPr>
            <w:tcW w:w="1080" w:type="dxa"/>
          </w:tcPr>
          <w:p w14:paraId="5F1EBDF9" w14:textId="77777777" w:rsidR="00B0366E" w:rsidRDefault="00B0366E"/>
        </w:tc>
        <w:tc>
          <w:tcPr>
            <w:tcW w:w="1080" w:type="dxa"/>
          </w:tcPr>
          <w:p w14:paraId="396AF4F1" w14:textId="77777777" w:rsidR="00B0366E" w:rsidRDefault="00B0366E"/>
        </w:tc>
      </w:tr>
      <w:tr w:rsidR="00B0366E" w14:paraId="5A3434C4" w14:textId="77777777">
        <w:tc>
          <w:tcPr>
            <w:tcW w:w="1080" w:type="dxa"/>
          </w:tcPr>
          <w:p w14:paraId="53E74874" w14:textId="77777777" w:rsidR="00B0366E" w:rsidRDefault="00B0366E"/>
        </w:tc>
        <w:tc>
          <w:tcPr>
            <w:tcW w:w="1080" w:type="dxa"/>
          </w:tcPr>
          <w:p w14:paraId="6AD36720" w14:textId="77777777" w:rsidR="00B0366E" w:rsidRDefault="00B0366E"/>
        </w:tc>
        <w:tc>
          <w:tcPr>
            <w:tcW w:w="1080" w:type="dxa"/>
          </w:tcPr>
          <w:p w14:paraId="4B28206C" w14:textId="77777777" w:rsidR="00B0366E" w:rsidRDefault="00B0366E"/>
        </w:tc>
        <w:tc>
          <w:tcPr>
            <w:tcW w:w="1080" w:type="dxa"/>
          </w:tcPr>
          <w:p w14:paraId="5D70BB5B" w14:textId="77777777" w:rsidR="00B0366E" w:rsidRDefault="00B0366E"/>
        </w:tc>
        <w:tc>
          <w:tcPr>
            <w:tcW w:w="1080" w:type="dxa"/>
          </w:tcPr>
          <w:p w14:paraId="48D07005" w14:textId="77777777" w:rsidR="00B0366E" w:rsidRDefault="00B0366E"/>
        </w:tc>
        <w:tc>
          <w:tcPr>
            <w:tcW w:w="1080" w:type="dxa"/>
          </w:tcPr>
          <w:p w14:paraId="7F66411C" w14:textId="77777777" w:rsidR="00B0366E" w:rsidRDefault="00B0366E"/>
        </w:tc>
        <w:tc>
          <w:tcPr>
            <w:tcW w:w="1080" w:type="dxa"/>
            <w:shd w:val="clear" w:color="auto" w:fill="E8F0FE"/>
          </w:tcPr>
          <w:p w14:paraId="10DCD273" w14:textId="77777777" w:rsidR="00B0366E" w:rsidRDefault="00C874F1">
            <w:r>
              <w:rPr>
                <w:b/>
              </w:rPr>
              <w:t>TOTAL VAT</w:t>
            </w:r>
          </w:p>
        </w:tc>
        <w:tc>
          <w:tcPr>
            <w:tcW w:w="1080" w:type="dxa"/>
            <w:shd w:val="clear" w:color="auto" w:fill="E8F0FE"/>
          </w:tcPr>
          <w:p w14:paraId="02824240" w14:textId="77777777" w:rsidR="00B0366E" w:rsidRDefault="00C874F1">
            <w:r>
              <w:rPr>
                <w:b/>
              </w:rPr>
              <w:t>TOTAL CREDIT</w:t>
            </w:r>
          </w:p>
        </w:tc>
      </w:tr>
    </w:tbl>
    <w:p w14:paraId="1FD920CB" w14:textId="77777777" w:rsidR="00B0366E" w:rsidRDefault="00B0366E"/>
    <w:p w14:paraId="67CBD134" w14:textId="77777777" w:rsidR="00B0366E" w:rsidRDefault="00C874F1">
      <w:r>
        <w:rPr>
          <w:b/>
        </w:rPr>
        <w:t xml:space="preserve">Guidance: </w:t>
      </w:r>
      <w:r>
        <w:t xml:space="preserve">Show credit values as positive </w:t>
      </w:r>
      <w:r>
        <w:t>amounts; totals represent the credit to the customer.</w:t>
      </w:r>
    </w:p>
    <w:p w14:paraId="1125A058" w14:textId="752D60CE" w:rsidR="00B0366E" w:rsidRDefault="00C874F1">
      <w:r>
        <w:t xml:space="preserve">If the domestic VAT reverse charge </w:t>
      </w:r>
      <w:r w:rsidR="00A8741D">
        <w:t>applies</w:t>
      </w:r>
      <w:r>
        <w:t xml:space="preserve"> on the original supply, include: “VAT reverse charge: customer to account for VAT to HMRC.”</w:t>
      </w:r>
    </w:p>
    <w:p w14:paraId="6B850B62" w14:textId="77777777" w:rsidR="00B0366E" w:rsidRDefault="00B0366E"/>
    <w:sectPr w:rsidR="00B0366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B20F" w14:textId="77777777" w:rsidR="00F2021D" w:rsidRDefault="00F2021D" w:rsidP="00046705">
      <w:pPr>
        <w:spacing w:after="0" w:line="240" w:lineRule="auto"/>
      </w:pPr>
      <w:r>
        <w:separator/>
      </w:r>
    </w:p>
  </w:endnote>
  <w:endnote w:type="continuationSeparator" w:id="0">
    <w:p w14:paraId="46ED2E6D" w14:textId="77777777" w:rsidR="00F2021D" w:rsidRDefault="00F2021D" w:rsidP="00046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2F9B" w14:textId="4765FE4F" w:rsidR="0030380A" w:rsidRDefault="0030380A" w:rsidP="0030380A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Practicing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9E97" w14:textId="77777777" w:rsidR="00F2021D" w:rsidRDefault="00F2021D" w:rsidP="00046705">
      <w:pPr>
        <w:spacing w:after="0" w:line="240" w:lineRule="auto"/>
      </w:pPr>
      <w:r>
        <w:separator/>
      </w:r>
    </w:p>
  </w:footnote>
  <w:footnote w:type="continuationSeparator" w:id="0">
    <w:p w14:paraId="2FF101B1" w14:textId="77777777" w:rsidR="00F2021D" w:rsidRDefault="00F2021D" w:rsidP="00046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59F3" w14:textId="25E14C6E" w:rsidR="00046705" w:rsidRDefault="005E068E">
    <w:pPr>
      <w:pStyle w:val="Header"/>
    </w:pPr>
    <w:r>
      <w:rPr>
        <w:caps/>
        <w:noProof/>
        <w:color w:val="808080" w:themeColor="background1" w:themeShade="80"/>
        <w:szCs w:val="20"/>
      </w:rPr>
      <w:drawing>
        <wp:anchor distT="0" distB="0" distL="114300" distR="114300" simplePos="0" relativeHeight="251660288" behindDoc="0" locked="0" layoutInCell="1" allowOverlap="1" wp14:anchorId="4F3DE297" wp14:editId="697D9C01">
          <wp:simplePos x="0" y="0"/>
          <wp:positionH relativeFrom="column">
            <wp:posOffset>927100</wp:posOffset>
          </wp:positionH>
          <wp:positionV relativeFrom="paragraph">
            <wp:posOffset>-406400</wp:posOffset>
          </wp:positionV>
          <wp:extent cx="3489325" cy="1027430"/>
          <wp:effectExtent l="0" t="0" r="0" b="1270"/>
          <wp:wrapSquare wrapText="bothSides"/>
          <wp:docPr id="141761282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61282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89325" cy="1027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6705">
      <w:rPr>
        <w:caps/>
        <w:noProof/>
        <w:color w:val="808080" w:themeColor="background1" w:themeShade="8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44AB53" wp14:editId="476D6C4A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4E851" w14:textId="0CB37980" w:rsidR="00046705" w:rsidRDefault="00046705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44AB53" id="Group 56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4f81bd [3204]" stroked="f" strokeweight="2pt"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6214E851" w14:textId="0CB37980" w:rsidR="00046705" w:rsidRDefault="00046705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4718858">
    <w:abstractNumId w:val="8"/>
  </w:num>
  <w:num w:numId="2" w16cid:durableId="423186570">
    <w:abstractNumId w:val="6"/>
  </w:num>
  <w:num w:numId="3" w16cid:durableId="1110589234">
    <w:abstractNumId w:val="5"/>
  </w:num>
  <w:num w:numId="4" w16cid:durableId="446699554">
    <w:abstractNumId w:val="4"/>
  </w:num>
  <w:num w:numId="5" w16cid:durableId="1171718290">
    <w:abstractNumId w:val="7"/>
  </w:num>
  <w:num w:numId="6" w16cid:durableId="1583177846">
    <w:abstractNumId w:val="3"/>
  </w:num>
  <w:num w:numId="7" w16cid:durableId="2020428565">
    <w:abstractNumId w:val="2"/>
  </w:num>
  <w:num w:numId="8" w16cid:durableId="545217387">
    <w:abstractNumId w:val="1"/>
  </w:num>
  <w:num w:numId="9" w16cid:durableId="942810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705"/>
    <w:rsid w:val="0006063C"/>
    <w:rsid w:val="0015074B"/>
    <w:rsid w:val="00162A1E"/>
    <w:rsid w:val="0029639D"/>
    <w:rsid w:val="0030380A"/>
    <w:rsid w:val="00326F90"/>
    <w:rsid w:val="005E068E"/>
    <w:rsid w:val="007D551F"/>
    <w:rsid w:val="00A8741D"/>
    <w:rsid w:val="00AA1D8D"/>
    <w:rsid w:val="00B0366E"/>
    <w:rsid w:val="00B47730"/>
    <w:rsid w:val="00C874F1"/>
    <w:rsid w:val="00CB0664"/>
    <w:rsid w:val="00F01F52"/>
    <w:rsid w:val="00F2021D"/>
    <w:rsid w:val="00F552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C2CFA88-4330-4A30-8D22-574B34F2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148</Words>
  <Characters>781</Characters>
  <Application>Microsoft Office Word</Application>
  <DocSecurity>0</DocSecurity>
  <Lines>260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7</cp:revision>
  <dcterms:created xsi:type="dcterms:W3CDTF">2013-12-23T23:15:00Z</dcterms:created>
  <dcterms:modified xsi:type="dcterms:W3CDTF">2025-11-09T02:44:00Z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3b44aa19-3fa2-478f-8aab-9ba39e09cce3</vt:lpwstr>
  </property>
</Properties>
</file>