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C24FA" w14:paraId="506C80E4" w14:textId="77777777">
        <w:tc>
          <w:tcPr>
            <w:tcW w:w="4320" w:type="dxa"/>
          </w:tcPr>
          <w:p w14:paraId="48AD3F6F" w14:textId="77777777" w:rsidR="00DC24FA" w:rsidRDefault="00DC24FA"/>
        </w:tc>
        <w:tc>
          <w:tcPr>
            <w:tcW w:w="4320" w:type="dxa"/>
          </w:tcPr>
          <w:p w14:paraId="39677126" w14:textId="404A8E56" w:rsidR="00DC24FA" w:rsidRDefault="00DC24FA"/>
        </w:tc>
      </w:tr>
    </w:tbl>
    <w:p w14:paraId="36B41816" w14:textId="77777777" w:rsidR="00DC24FA" w:rsidRDefault="00000000">
      <w:pPr>
        <w:jc w:val="center"/>
      </w:pPr>
      <w:r>
        <w:rPr>
          <w:b/>
          <w:sz w:val="40"/>
        </w:rPr>
        <w:t>VAT INVOICE (UK)</w:t>
      </w:r>
    </w:p>
    <w:p w14:paraId="360CCE8C" w14:textId="77777777" w:rsidR="00DC24FA" w:rsidRDefault="00DC24FA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C24FA" w14:paraId="04766E49" w14:textId="77777777">
        <w:tc>
          <w:tcPr>
            <w:tcW w:w="2160" w:type="dxa"/>
          </w:tcPr>
          <w:p w14:paraId="245CA06F" w14:textId="77777777" w:rsidR="00DC24FA" w:rsidRDefault="00000000">
            <w:r>
              <w:rPr>
                <w:b/>
              </w:rPr>
              <w:t>Supplier (Your business)</w:t>
            </w:r>
          </w:p>
        </w:tc>
        <w:tc>
          <w:tcPr>
            <w:tcW w:w="2160" w:type="dxa"/>
            <w:shd w:val="clear" w:color="auto" w:fill="E8F0FE"/>
          </w:tcPr>
          <w:p w14:paraId="1083986C" w14:textId="77777777" w:rsidR="00DC24FA" w:rsidRDefault="00DC24FA"/>
        </w:tc>
        <w:tc>
          <w:tcPr>
            <w:tcW w:w="2160" w:type="dxa"/>
          </w:tcPr>
          <w:p w14:paraId="237B0F66" w14:textId="77777777" w:rsidR="00DC24FA" w:rsidRDefault="00000000">
            <w:r>
              <w:rPr>
                <w:b/>
              </w:rPr>
              <w:t>Customer (Bill to)</w:t>
            </w:r>
          </w:p>
        </w:tc>
        <w:tc>
          <w:tcPr>
            <w:tcW w:w="2160" w:type="dxa"/>
            <w:shd w:val="clear" w:color="auto" w:fill="E8F0FE"/>
          </w:tcPr>
          <w:p w14:paraId="430A7D51" w14:textId="77777777" w:rsidR="00DC24FA" w:rsidRDefault="00DC24FA"/>
        </w:tc>
      </w:tr>
      <w:tr w:rsidR="00DC24FA" w14:paraId="7B0B68D0" w14:textId="77777777">
        <w:tc>
          <w:tcPr>
            <w:tcW w:w="2160" w:type="dxa"/>
          </w:tcPr>
          <w:p w14:paraId="4E71A289" w14:textId="77777777" w:rsidR="00DC24FA" w:rsidRDefault="00000000">
            <w:r>
              <w:rPr>
                <w:b/>
              </w:rPr>
              <w:t>Business name</w:t>
            </w:r>
          </w:p>
        </w:tc>
        <w:tc>
          <w:tcPr>
            <w:tcW w:w="2160" w:type="dxa"/>
            <w:shd w:val="clear" w:color="auto" w:fill="E8F0FE"/>
          </w:tcPr>
          <w:p w14:paraId="78754E90" w14:textId="77777777" w:rsidR="00DC24FA" w:rsidRDefault="00DC24FA"/>
        </w:tc>
        <w:tc>
          <w:tcPr>
            <w:tcW w:w="2160" w:type="dxa"/>
          </w:tcPr>
          <w:p w14:paraId="4753E0A0" w14:textId="77777777" w:rsidR="00DC24FA" w:rsidRDefault="00000000">
            <w:r>
              <w:rPr>
                <w:b/>
              </w:rPr>
              <w:t>Customer name</w:t>
            </w:r>
          </w:p>
        </w:tc>
        <w:tc>
          <w:tcPr>
            <w:tcW w:w="2160" w:type="dxa"/>
            <w:shd w:val="clear" w:color="auto" w:fill="E8F0FE"/>
          </w:tcPr>
          <w:p w14:paraId="77DD2CC5" w14:textId="77777777" w:rsidR="00DC24FA" w:rsidRDefault="00DC24FA"/>
        </w:tc>
      </w:tr>
      <w:tr w:rsidR="00DC24FA" w14:paraId="45052585" w14:textId="77777777">
        <w:tc>
          <w:tcPr>
            <w:tcW w:w="2160" w:type="dxa"/>
          </w:tcPr>
          <w:p w14:paraId="7FC0FF73" w14:textId="77777777" w:rsidR="00DC24FA" w:rsidRDefault="00000000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2A14E3C7" w14:textId="77777777" w:rsidR="00DC24FA" w:rsidRDefault="00DC24FA"/>
        </w:tc>
        <w:tc>
          <w:tcPr>
            <w:tcW w:w="2160" w:type="dxa"/>
          </w:tcPr>
          <w:p w14:paraId="7E730CA6" w14:textId="77777777" w:rsidR="00DC24FA" w:rsidRDefault="00000000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1EB947D3" w14:textId="77777777" w:rsidR="00DC24FA" w:rsidRDefault="00DC24FA"/>
        </w:tc>
      </w:tr>
      <w:tr w:rsidR="00DC24FA" w14:paraId="4CF0B7D6" w14:textId="77777777">
        <w:tc>
          <w:tcPr>
            <w:tcW w:w="2160" w:type="dxa"/>
          </w:tcPr>
          <w:p w14:paraId="717D3E2C" w14:textId="77777777" w:rsidR="00DC24FA" w:rsidRDefault="00000000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6CC71C89" w14:textId="77777777" w:rsidR="00DC24FA" w:rsidRDefault="00DC24FA"/>
        </w:tc>
        <w:tc>
          <w:tcPr>
            <w:tcW w:w="2160" w:type="dxa"/>
          </w:tcPr>
          <w:p w14:paraId="2D9EAC08" w14:textId="77777777" w:rsidR="00DC24FA" w:rsidRDefault="00000000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3B3A76EA" w14:textId="77777777" w:rsidR="00DC24FA" w:rsidRDefault="00DC24FA"/>
        </w:tc>
      </w:tr>
      <w:tr w:rsidR="00DC24FA" w14:paraId="5595EE23" w14:textId="77777777">
        <w:tc>
          <w:tcPr>
            <w:tcW w:w="2160" w:type="dxa"/>
          </w:tcPr>
          <w:p w14:paraId="49C97BDC" w14:textId="77777777" w:rsidR="00DC24FA" w:rsidRDefault="00000000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51A18F12" w14:textId="77777777" w:rsidR="00DC24FA" w:rsidRDefault="00DC24FA"/>
        </w:tc>
        <w:tc>
          <w:tcPr>
            <w:tcW w:w="2160" w:type="dxa"/>
          </w:tcPr>
          <w:p w14:paraId="3DFA91D0" w14:textId="77777777" w:rsidR="00DC24FA" w:rsidRDefault="00000000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50B89E18" w14:textId="77777777" w:rsidR="00DC24FA" w:rsidRDefault="00DC24FA"/>
        </w:tc>
      </w:tr>
      <w:tr w:rsidR="00DC24FA" w14:paraId="05A22457" w14:textId="77777777">
        <w:tc>
          <w:tcPr>
            <w:tcW w:w="2160" w:type="dxa"/>
          </w:tcPr>
          <w:p w14:paraId="73DD925F" w14:textId="77777777" w:rsidR="00DC24FA" w:rsidRDefault="00000000">
            <w:r>
              <w:rPr>
                <w:b/>
              </w:rPr>
              <w:t>VAT registration no.</w:t>
            </w:r>
          </w:p>
        </w:tc>
        <w:tc>
          <w:tcPr>
            <w:tcW w:w="2160" w:type="dxa"/>
            <w:shd w:val="clear" w:color="auto" w:fill="E8F0FE"/>
          </w:tcPr>
          <w:p w14:paraId="164548AA" w14:textId="77777777" w:rsidR="00DC24FA" w:rsidRDefault="00DC24FA"/>
        </w:tc>
        <w:tc>
          <w:tcPr>
            <w:tcW w:w="2160" w:type="dxa"/>
          </w:tcPr>
          <w:p w14:paraId="7B0168DD" w14:textId="77777777" w:rsidR="00DC24FA" w:rsidRDefault="00000000">
            <w:r>
              <w:rPr>
                <w:b/>
              </w:rPr>
              <w:t>Customer VAT no. (if any)</w:t>
            </w:r>
          </w:p>
        </w:tc>
        <w:tc>
          <w:tcPr>
            <w:tcW w:w="2160" w:type="dxa"/>
            <w:shd w:val="clear" w:color="auto" w:fill="E8F0FE"/>
          </w:tcPr>
          <w:p w14:paraId="0020CE97" w14:textId="77777777" w:rsidR="00DC24FA" w:rsidRDefault="00DC24FA"/>
        </w:tc>
      </w:tr>
      <w:tr w:rsidR="00DC24FA" w14:paraId="57414F8D" w14:textId="77777777">
        <w:tc>
          <w:tcPr>
            <w:tcW w:w="2160" w:type="dxa"/>
          </w:tcPr>
          <w:p w14:paraId="3858DAE6" w14:textId="77777777" w:rsidR="00DC24FA" w:rsidRDefault="00000000">
            <w:r>
              <w:rPr>
                <w:b/>
              </w:rPr>
              <w:t>Company number (optional)</w:t>
            </w:r>
          </w:p>
        </w:tc>
        <w:tc>
          <w:tcPr>
            <w:tcW w:w="2160" w:type="dxa"/>
            <w:shd w:val="clear" w:color="auto" w:fill="E8F0FE"/>
          </w:tcPr>
          <w:p w14:paraId="43D281BB" w14:textId="77777777" w:rsidR="00DC24FA" w:rsidRDefault="00DC24FA"/>
        </w:tc>
        <w:tc>
          <w:tcPr>
            <w:tcW w:w="2160" w:type="dxa"/>
          </w:tcPr>
          <w:p w14:paraId="7DC7C443" w14:textId="77777777" w:rsidR="00DC24FA" w:rsidRDefault="00000000">
            <w:r>
              <w:rPr>
                <w:b/>
              </w:rPr>
              <w:t>PO number (optional)</w:t>
            </w:r>
          </w:p>
        </w:tc>
        <w:tc>
          <w:tcPr>
            <w:tcW w:w="2160" w:type="dxa"/>
            <w:shd w:val="clear" w:color="auto" w:fill="E8F0FE"/>
          </w:tcPr>
          <w:p w14:paraId="73C13CAB" w14:textId="77777777" w:rsidR="00DC24FA" w:rsidRDefault="00DC24FA"/>
        </w:tc>
      </w:tr>
      <w:tr w:rsidR="00DC24FA" w14:paraId="2DAD80EC" w14:textId="77777777">
        <w:tc>
          <w:tcPr>
            <w:tcW w:w="2160" w:type="dxa"/>
          </w:tcPr>
          <w:p w14:paraId="7F95AF8F" w14:textId="77777777" w:rsidR="00DC24FA" w:rsidRDefault="00000000">
            <w:r>
              <w:rPr>
                <w:b/>
              </w:rPr>
              <w:t>Email</w:t>
            </w:r>
          </w:p>
        </w:tc>
        <w:tc>
          <w:tcPr>
            <w:tcW w:w="2160" w:type="dxa"/>
            <w:shd w:val="clear" w:color="auto" w:fill="E8F0FE"/>
          </w:tcPr>
          <w:p w14:paraId="2C7CEAE6" w14:textId="77777777" w:rsidR="00DC24FA" w:rsidRDefault="00DC24FA"/>
        </w:tc>
        <w:tc>
          <w:tcPr>
            <w:tcW w:w="2160" w:type="dxa"/>
          </w:tcPr>
          <w:p w14:paraId="4F4C4D66" w14:textId="77777777" w:rsidR="00DC24FA" w:rsidRDefault="00DC24FA"/>
        </w:tc>
        <w:tc>
          <w:tcPr>
            <w:tcW w:w="2160" w:type="dxa"/>
            <w:shd w:val="clear" w:color="auto" w:fill="E8F0FE"/>
          </w:tcPr>
          <w:p w14:paraId="3D4225B6" w14:textId="77777777" w:rsidR="00DC24FA" w:rsidRDefault="00DC24FA"/>
        </w:tc>
      </w:tr>
      <w:tr w:rsidR="00DC24FA" w14:paraId="41CF8FBC" w14:textId="77777777">
        <w:tc>
          <w:tcPr>
            <w:tcW w:w="2160" w:type="dxa"/>
          </w:tcPr>
          <w:p w14:paraId="7437B459" w14:textId="77777777" w:rsidR="00DC24FA" w:rsidRDefault="00000000">
            <w:r>
              <w:rPr>
                <w:b/>
              </w:rPr>
              <w:t>Phone</w:t>
            </w:r>
          </w:p>
        </w:tc>
        <w:tc>
          <w:tcPr>
            <w:tcW w:w="2160" w:type="dxa"/>
            <w:shd w:val="clear" w:color="auto" w:fill="E8F0FE"/>
          </w:tcPr>
          <w:p w14:paraId="180EB9A3" w14:textId="77777777" w:rsidR="00DC24FA" w:rsidRDefault="00DC24FA"/>
        </w:tc>
        <w:tc>
          <w:tcPr>
            <w:tcW w:w="2160" w:type="dxa"/>
          </w:tcPr>
          <w:p w14:paraId="07F46D12" w14:textId="77777777" w:rsidR="00DC24FA" w:rsidRDefault="00DC24FA"/>
        </w:tc>
        <w:tc>
          <w:tcPr>
            <w:tcW w:w="2160" w:type="dxa"/>
            <w:shd w:val="clear" w:color="auto" w:fill="E8F0FE"/>
          </w:tcPr>
          <w:p w14:paraId="4709109F" w14:textId="77777777" w:rsidR="00DC24FA" w:rsidRDefault="00DC24FA"/>
        </w:tc>
      </w:tr>
    </w:tbl>
    <w:p w14:paraId="52C9EF52" w14:textId="77777777" w:rsidR="00DC24FA" w:rsidRDefault="00DC24FA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C24FA" w14:paraId="01C311AB" w14:textId="77777777">
        <w:tc>
          <w:tcPr>
            <w:tcW w:w="2160" w:type="dxa"/>
          </w:tcPr>
          <w:p w14:paraId="27EEF655" w14:textId="77777777" w:rsidR="00DC24FA" w:rsidRDefault="00000000">
            <w:r>
              <w:rPr>
                <w:b/>
              </w:rPr>
              <w:t>Invoice number</w:t>
            </w:r>
          </w:p>
        </w:tc>
        <w:tc>
          <w:tcPr>
            <w:tcW w:w="2160" w:type="dxa"/>
            <w:shd w:val="clear" w:color="auto" w:fill="E8F0FE"/>
          </w:tcPr>
          <w:p w14:paraId="156CD0AE" w14:textId="77777777" w:rsidR="00DC24FA" w:rsidRDefault="00DC24FA"/>
        </w:tc>
        <w:tc>
          <w:tcPr>
            <w:tcW w:w="2160" w:type="dxa"/>
          </w:tcPr>
          <w:p w14:paraId="0A8E66BA" w14:textId="77777777" w:rsidR="00DC24FA" w:rsidRDefault="00000000">
            <w:r>
              <w:rPr>
                <w:b/>
              </w:rPr>
              <w:t>Invoice date (dd/mm/yyyy)</w:t>
            </w:r>
          </w:p>
        </w:tc>
        <w:tc>
          <w:tcPr>
            <w:tcW w:w="2160" w:type="dxa"/>
            <w:shd w:val="clear" w:color="auto" w:fill="E8F0FE"/>
          </w:tcPr>
          <w:p w14:paraId="140793F0" w14:textId="77777777" w:rsidR="00DC24FA" w:rsidRDefault="00DC24FA"/>
        </w:tc>
      </w:tr>
      <w:tr w:rsidR="00DC24FA" w14:paraId="29E923D3" w14:textId="77777777">
        <w:tc>
          <w:tcPr>
            <w:tcW w:w="2160" w:type="dxa"/>
          </w:tcPr>
          <w:p w14:paraId="3389786E" w14:textId="77777777" w:rsidR="00DC24FA" w:rsidRDefault="00000000">
            <w:r>
              <w:rPr>
                <w:b/>
              </w:rPr>
              <w:t>Tax point / time of supply (if different)</w:t>
            </w:r>
          </w:p>
        </w:tc>
        <w:tc>
          <w:tcPr>
            <w:tcW w:w="2160" w:type="dxa"/>
            <w:shd w:val="clear" w:color="auto" w:fill="E8F0FE"/>
          </w:tcPr>
          <w:p w14:paraId="3BDDED5A" w14:textId="77777777" w:rsidR="00DC24FA" w:rsidRDefault="00DC24FA"/>
        </w:tc>
        <w:tc>
          <w:tcPr>
            <w:tcW w:w="2160" w:type="dxa"/>
          </w:tcPr>
          <w:p w14:paraId="4BE77AEC" w14:textId="77777777" w:rsidR="00DC24FA" w:rsidRDefault="00000000">
            <w:r>
              <w:rPr>
                <w:b/>
              </w:rPr>
              <w:t>Payment terms (e.g., 14 days)</w:t>
            </w:r>
          </w:p>
        </w:tc>
        <w:tc>
          <w:tcPr>
            <w:tcW w:w="2160" w:type="dxa"/>
            <w:shd w:val="clear" w:color="auto" w:fill="E8F0FE"/>
          </w:tcPr>
          <w:p w14:paraId="0A6398CA" w14:textId="77777777" w:rsidR="00DC24FA" w:rsidRDefault="00DC24FA"/>
        </w:tc>
      </w:tr>
    </w:tbl>
    <w:p w14:paraId="70101018" w14:textId="77777777" w:rsidR="00DC24FA" w:rsidRDefault="00DC24FA"/>
    <w:p w14:paraId="6F13A368" w14:textId="77777777" w:rsidR="00AC200F" w:rsidRDefault="00AC200F"/>
    <w:p w14:paraId="03470A63" w14:textId="77777777" w:rsidR="00AC200F" w:rsidRDefault="00AC200F"/>
    <w:p w14:paraId="05ABBF15" w14:textId="77777777" w:rsidR="00AC200F" w:rsidRDefault="00AC200F"/>
    <w:p w14:paraId="0B2F661F" w14:textId="77777777" w:rsidR="00AC200F" w:rsidRDefault="00AC200F"/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1080"/>
        <w:gridCol w:w="1080"/>
        <w:gridCol w:w="1080"/>
        <w:gridCol w:w="1080"/>
        <w:gridCol w:w="1080"/>
        <w:gridCol w:w="1080"/>
        <w:gridCol w:w="1080"/>
      </w:tblGrid>
      <w:tr w:rsidR="00DC24FA" w14:paraId="537816AA" w14:textId="77777777">
        <w:tc>
          <w:tcPr>
            <w:tcW w:w="1080" w:type="dxa"/>
          </w:tcPr>
          <w:p w14:paraId="33465CA2" w14:textId="10F3D848" w:rsidR="00DC24FA" w:rsidRDefault="00000000">
            <w:r>
              <w:rPr>
                <w:b/>
              </w:rPr>
              <w:lastRenderedPageBreak/>
              <w:t>Description</w:t>
            </w:r>
          </w:p>
        </w:tc>
        <w:tc>
          <w:tcPr>
            <w:tcW w:w="1080" w:type="dxa"/>
          </w:tcPr>
          <w:p w14:paraId="2D5C8CB1" w14:textId="77777777" w:rsidR="00DC24FA" w:rsidRDefault="00000000">
            <w:r>
              <w:rPr>
                <w:b/>
              </w:rPr>
              <w:t>Qty</w:t>
            </w:r>
          </w:p>
        </w:tc>
        <w:tc>
          <w:tcPr>
            <w:tcW w:w="1080" w:type="dxa"/>
          </w:tcPr>
          <w:p w14:paraId="528E33F9" w14:textId="77777777" w:rsidR="00DC24FA" w:rsidRDefault="00000000">
            <w:r>
              <w:rPr>
                <w:b/>
              </w:rPr>
              <w:t>Unit price (ex VAT)</w:t>
            </w:r>
          </w:p>
        </w:tc>
        <w:tc>
          <w:tcPr>
            <w:tcW w:w="1080" w:type="dxa"/>
          </w:tcPr>
          <w:p w14:paraId="346CB0D9" w14:textId="77777777" w:rsidR="00DC24FA" w:rsidRDefault="00000000">
            <w:r>
              <w:rPr>
                <w:b/>
              </w:rPr>
              <w:t>Line net (ex VAT)</w:t>
            </w:r>
          </w:p>
        </w:tc>
        <w:tc>
          <w:tcPr>
            <w:tcW w:w="1080" w:type="dxa"/>
          </w:tcPr>
          <w:p w14:paraId="48C9430F" w14:textId="77777777" w:rsidR="00DC24FA" w:rsidRDefault="00000000">
            <w:r>
              <w:rPr>
                <w:b/>
              </w:rPr>
              <w:t>VAT treatment</w:t>
            </w:r>
          </w:p>
        </w:tc>
        <w:tc>
          <w:tcPr>
            <w:tcW w:w="1080" w:type="dxa"/>
          </w:tcPr>
          <w:p w14:paraId="6C1E6233" w14:textId="77777777" w:rsidR="00DC24FA" w:rsidRDefault="00000000">
            <w:r>
              <w:rPr>
                <w:b/>
              </w:rPr>
              <w:t>VAT rate</w:t>
            </w:r>
          </w:p>
        </w:tc>
        <w:tc>
          <w:tcPr>
            <w:tcW w:w="1080" w:type="dxa"/>
          </w:tcPr>
          <w:p w14:paraId="64AA30DE" w14:textId="77777777" w:rsidR="00DC24FA" w:rsidRDefault="00000000">
            <w:r>
              <w:rPr>
                <w:b/>
              </w:rPr>
              <w:t>VAT amount</w:t>
            </w:r>
          </w:p>
        </w:tc>
        <w:tc>
          <w:tcPr>
            <w:tcW w:w="1080" w:type="dxa"/>
          </w:tcPr>
          <w:p w14:paraId="702195AE" w14:textId="77777777" w:rsidR="00DC24FA" w:rsidRDefault="00000000">
            <w:r>
              <w:rPr>
                <w:b/>
              </w:rPr>
              <w:t>Line total (incl VAT)</w:t>
            </w:r>
          </w:p>
        </w:tc>
      </w:tr>
      <w:tr w:rsidR="00DC24FA" w14:paraId="0DDA8F4B" w14:textId="77777777">
        <w:tc>
          <w:tcPr>
            <w:tcW w:w="1080" w:type="dxa"/>
            <w:shd w:val="clear" w:color="auto" w:fill="E8F0FE"/>
          </w:tcPr>
          <w:p w14:paraId="410A6BAC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7D17F40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B0B84F4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3F86227" w14:textId="77777777" w:rsidR="00DC24FA" w:rsidRDefault="00DC24FA"/>
        </w:tc>
        <w:tc>
          <w:tcPr>
            <w:tcW w:w="1080" w:type="dxa"/>
            <w:shd w:val="clear" w:color="auto" w:fill="E8F0FE"/>
          </w:tcPr>
          <w:p w14:paraId="3ADA4005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1D6CF17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8D385F1" w14:textId="77777777" w:rsidR="00DC24FA" w:rsidRDefault="00DC24FA"/>
        </w:tc>
        <w:tc>
          <w:tcPr>
            <w:tcW w:w="1080" w:type="dxa"/>
            <w:shd w:val="clear" w:color="auto" w:fill="E8F0FE"/>
          </w:tcPr>
          <w:p w14:paraId="35C62733" w14:textId="77777777" w:rsidR="00DC24FA" w:rsidRDefault="00DC24FA"/>
        </w:tc>
      </w:tr>
      <w:tr w:rsidR="00DC24FA" w14:paraId="49D3B980" w14:textId="77777777">
        <w:tc>
          <w:tcPr>
            <w:tcW w:w="1080" w:type="dxa"/>
            <w:shd w:val="clear" w:color="auto" w:fill="E8F0FE"/>
          </w:tcPr>
          <w:p w14:paraId="14B7F9D4" w14:textId="77777777" w:rsidR="00DC24FA" w:rsidRDefault="00DC24FA"/>
        </w:tc>
        <w:tc>
          <w:tcPr>
            <w:tcW w:w="1080" w:type="dxa"/>
            <w:shd w:val="clear" w:color="auto" w:fill="E8F0FE"/>
          </w:tcPr>
          <w:p w14:paraId="70F7FBBA" w14:textId="77777777" w:rsidR="00DC24FA" w:rsidRDefault="00DC24FA"/>
        </w:tc>
        <w:tc>
          <w:tcPr>
            <w:tcW w:w="1080" w:type="dxa"/>
            <w:shd w:val="clear" w:color="auto" w:fill="E8F0FE"/>
          </w:tcPr>
          <w:p w14:paraId="7480F3DF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218A208" w14:textId="77777777" w:rsidR="00DC24FA" w:rsidRDefault="00DC24FA"/>
        </w:tc>
        <w:tc>
          <w:tcPr>
            <w:tcW w:w="1080" w:type="dxa"/>
            <w:shd w:val="clear" w:color="auto" w:fill="E8F0FE"/>
          </w:tcPr>
          <w:p w14:paraId="560CD5A9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56D9C8B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91B6CC5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C288719" w14:textId="77777777" w:rsidR="00DC24FA" w:rsidRDefault="00DC24FA"/>
        </w:tc>
      </w:tr>
      <w:tr w:rsidR="00DC24FA" w14:paraId="22DF3DCB" w14:textId="77777777">
        <w:tc>
          <w:tcPr>
            <w:tcW w:w="1080" w:type="dxa"/>
            <w:shd w:val="clear" w:color="auto" w:fill="E8F0FE"/>
          </w:tcPr>
          <w:p w14:paraId="5A804129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5509DB0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0BE099C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58360A5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C1F4B8B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7A20248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D3E39E1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73F4FA6" w14:textId="77777777" w:rsidR="00DC24FA" w:rsidRDefault="00DC24FA"/>
        </w:tc>
      </w:tr>
      <w:tr w:rsidR="00DC24FA" w14:paraId="20BACB49" w14:textId="77777777">
        <w:tc>
          <w:tcPr>
            <w:tcW w:w="1080" w:type="dxa"/>
            <w:shd w:val="clear" w:color="auto" w:fill="E8F0FE"/>
          </w:tcPr>
          <w:p w14:paraId="695247D8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49B2507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EE8452D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FB29BB3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20BFF64" w14:textId="77777777" w:rsidR="00DC24FA" w:rsidRDefault="00DC24FA"/>
        </w:tc>
        <w:tc>
          <w:tcPr>
            <w:tcW w:w="1080" w:type="dxa"/>
            <w:shd w:val="clear" w:color="auto" w:fill="E8F0FE"/>
          </w:tcPr>
          <w:p w14:paraId="71515F3D" w14:textId="77777777" w:rsidR="00DC24FA" w:rsidRDefault="00DC24FA"/>
        </w:tc>
        <w:tc>
          <w:tcPr>
            <w:tcW w:w="1080" w:type="dxa"/>
            <w:shd w:val="clear" w:color="auto" w:fill="E8F0FE"/>
          </w:tcPr>
          <w:p w14:paraId="59BFA50A" w14:textId="77777777" w:rsidR="00DC24FA" w:rsidRDefault="00DC24FA"/>
        </w:tc>
        <w:tc>
          <w:tcPr>
            <w:tcW w:w="1080" w:type="dxa"/>
            <w:shd w:val="clear" w:color="auto" w:fill="E8F0FE"/>
          </w:tcPr>
          <w:p w14:paraId="282B5078" w14:textId="77777777" w:rsidR="00DC24FA" w:rsidRDefault="00DC24FA"/>
        </w:tc>
      </w:tr>
      <w:tr w:rsidR="00DC24FA" w14:paraId="64F981F4" w14:textId="77777777">
        <w:tc>
          <w:tcPr>
            <w:tcW w:w="1080" w:type="dxa"/>
            <w:shd w:val="clear" w:color="auto" w:fill="E8F0FE"/>
          </w:tcPr>
          <w:p w14:paraId="39157222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6C84830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C861801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F53AB8A" w14:textId="77777777" w:rsidR="00DC24FA" w:rsidRDefault="00DC24FA"/>
        </w:tc>
        <w:tc>
          <w:tcPr>
            <w:tcW w:w="1080" w:type="dxa"/>
            <w:shd w:val="clear" w:color="auto" w:fill="E8F0FE"/>
          </w:tcPr>
          <w:p w14:paraId="57E8AA6B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3DEAA2F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0338259" w14:textId="77777777" w:rsidR="00DC24FA" w:rsidRDefault="00DC24FA"/>
        </w:tc>
        <w:tc>
          <w:tcPr>
            <w:tcW w:w="1080" w:type="dxa"/>
            <w:shd w:val="clear" w:color="auto" w:fill="E8F0FE"/>
          </w:tcPr>
          <w:p w14:paraId="331C6FCB" w14:textId="77777777" w:rsidR="00DC24FA" w:rsidRDefault="00DC24FA"/>
        </w:tc>
      </w:tr>
      <w:tr w:rsidR="00DC24FA" w14:paraId="46436E29" w14:textId="77777777">
        <w:tc>
          <w:tcPr>
            <w:tcW w:w="1080" w:type="dxa"/>
            <w:shd w:val="clear" w:color="auto" w:fill="E8F0FE"/>
          </w:tcPr>
          <w:p w14:paraId="52FB6B38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24D2DAC" w14:textId="77777777" w:rsidR="00DC24FA" w:rsidRDefault="00DC24FA"/>
        </w:tc>
        <w:tc>
          <w:tcPr>
            <w:tcW w:w="1080" w:type="dxa"/>
            <w:shd w:val="clear" w:color="auto" w:fill="E8F0FE"/>
          </w:tcPr>
          <w:p w14:paraId="35DDC94C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88029BA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7CD7221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FA0203F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D01FCEE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05133F8" w14:textId="77777777" w:rsidR="00DC24FA" w:rsidRDefault="00DC24FA"/>
        </w:tc>
      </w:tr>
      <w:tr w:rsidR="00DC24FA" w14:paraId="7DE2DA43" w14:textId="77777777">
        <w:tc>
          <w:tcPr>
            <w:tcW w:w="1080" w:type="dxa"/>
            <w:shd w:val="clear" w:color="auto" w:fill="E8F0FE"/>
          </w:tcPr>
          <w:p w14:paraId="23E5F629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8214DE6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0B64393" w14:textId="77777777" w:rsidR="00DC24FA" w:rsidRDefault="00DC24FA"/>
        </w:tc>
        <w:tc>
          <w:tcPr>
            <w:tcW w:w="1080" w:type="dxa"/>
            <w:shd w:val="clear" w:color="auto" w:fill="E8F0FE"/>
          </w:tcPr>
          <w:p w14:paraId="2B4B4222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134E321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4FA151E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9091F93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E0D437D" w14:textId="77777777" w:rsidR="00DC24FA" w:rsidRDefault="00DC24FA"/>
        </w:tc>
      </w:tr>
      <w:tr w:rsidR="00DC24FA" w14:paraId="62E061F9" w14:textId="77777777">
        <w:tc>
          <w:tcPr>
            <w:tcW w:w="1080" w:type="dxa"/>
            <w:shd w:val="clear" w:color="auto" w:fill="E8F0FE"/>
          </w:tcPr>
          <w:p w14:paraId="02DC43F7" w14:textId="77777777" w:rsidR="00DC24FA" w:rsidRDefault="00DC24FA"/>
        </w:tc>
        <w:tc>
          <w:tcPr>
            <w:tcW w:w="1080" w:type="dxa"/>
            <w:shd w:val="clear" w:color="auto" w:fill="E8F0FE"/>
          </w:tcPr>
          <w:p w14:paraId="57280583" w14:textId="77777777" w:rsidR="00DC24FA" w:rsidRDefault="00DC24FA"/>
        </w:tc>
        <w:tc>
          <w:tcPr>
            <w:tcW w:w="1080" w:type="dxa"/>
            <w:shd w:val="clear" w:color="auto" w:fill="E8F0FE"/>
          </w:tcPr>
          <w:p w14:paraId="356867EE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167F12D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B9C0B6A" w14:textId="77777777" w:rsidR="00DC24FA" w:rsidRDefault="00DC24FA"/>
        </w:tc>
        <w:tc>
          <w:tcPr>
            <w:tcW w:w="1080" w:type="dxa"/>
            <w:shd w:val="clear" w:color="auto" w:fill="E8F0FE"/>
          </w:tcPr>
          <w:p w14:paraId="7C6EA098" w14:textId="77777777" w:rsidR="00DC24FA" w:rsidRDefault="00DC24FA"/>
        </w:tc>
        <w:tc>
          <w:tcPr>
            <w:tcW w:w="1080" w:type="dxa"/>
            <w:shd w:val="clear" w:color="auto" w:fill="E8F0FE"/>
          </w:tcPr>
          <w:p w14:paraId="3B13F0AD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704EC0D" w14:textId="77777777" w:rsidR="00DC24FA" w:rsidRDefault="00DC24FA"/>
        </w:tc>
      </w:tr>
      <w:tr w:rsidR="00DC24FA" w14:paraId="7DDA2A26" w14:textId="77777777">
        <w:tc>
          <w:tcPr>
            <w:tcW w:w="1080" w:type="dxa"/>
            <w:shd w:val="clear" w:color="auto" w:fill="E8F0FE"/>
          </w:tcPr>
          <w:p w14:paraId="551B7096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8BB103F" w14:textId="77777777" w:rsidR="00DC24FA" w:rsidRDefault="00DC24FA"/>
        </w:tc>
        <w:tc>
          <w:tcPr>
            <w:tcW w:w="1080" w:type="dxa"/>
            <w:shd w:val="clear" w:color="auto" w:fill="E8F0FE"/>
          </w:tcPr>
          <w:p w14:paraId="5B6B0DFD" w14:textId="77777777" w:rsidR="00DC24FA" w:rsidRDefault="00DC24FA"/>
        </w:tc>
        <w:tc>
          <w:tcPr>
            <w:tcW w:w="1080" w:type="dxa"/>
            <w:shd w:val="clear" w:color="auto" w:fill="E8F0FE"/>
          </w:tcPr>
          <w:p w14:paraId="3504793B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7AB8981" w14:textId="77777777" w:rsidR="00DC24FA" w:rsidRDefault="00DC24FA"/>
        </w:tc>
        <w:tc>
          <w:tcPr>
            <w:tcW w:w="1080" w:type="dxa"/>
            <w:shd w:val="clear" w:color="auto" w:fill="E8F0FE"/>
          </w:tcPr>
          <w:p w14:paraId="5AC6CEC3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7F6F1D3" w14:textId="77777777" w:rsidR="00DC24FA" w:rsidRDefault="00DC24FA"/>
        </w:tc>
        <w:tc>
          <w:tcPr>
            <w:tcW w:w="1080" w:type="dxa"/>
            <w:shd w:val="clear" w:color="auto" w:fill="E8F0FE"/>
          </w:tcPr>
          <w:p w14:paraId="77A7DD1A" w14:textId="77777777" w:rsidR="00DC24FA" w:rsidRDefault="00DC24FA"/>
        </w:tc>
      </w:tr>
      <w:tr w:rsidR="00DC24FA" w14:paraId="2DB0D7BE" w14:textId="77777777">
        <w:tc>
          <w:tcPr>
            <w:tcW w:w="1080" w:type="dxa"/>
            <w:shd w:val="clear" w:color="auto" w:fill="E8F0FE"/>
          </w:tcPr>
          <w:p w14:paraId="358FEFD0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DEFC9B7" w14:textId="77777777" w:rsidR="00DC24FA" w:rsidRDefault="00DC24FA"/>
        </w:tc>
        <w:tc>
          <w:tcPr>
            <w:tcW w:w="1080" w:type="dxa"/>
            <w:shd w:val="clear" w:color="auto" w:fill="E8F0FE"/>
          </w:tcPr>
          <w:p w14:paraId="231A5271" w14:textId="77777777" w:rsidR="00DC24FA" w:rsidRDefault="00DC24FA"/>
        </w:tc>
        <w:tc>
          <w:tcPr>
            <w:tcW w:w="1080" w:type="dxa"/>
            <w:shd w:val="clear" w:color="auto" w:fill="E8F0FE"/>
          </w:tcPr>
          <w:p w14:paraId="43D96E53" w14:textId="77777777" w:rsidR="00DC24FA" w:rsidRDefault="00DC24FA"/>
        </w:tc>
        <w:tc>
          <w:tcPr>
            <w:tcW w:w="1080" w:type="dxa"/>
            <w:shd w:val="clear" w:color="auto" w:fill="E8F0FE"/>
          </w:tcPr>
          <w:p w14:paraId="076A459D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2FD5B40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CA2571B" w14:textId="77777777" w:rsidR="00DC24FA" w:rsidRDefault="00DC24FA"/>
        </w:tc>
        <w:tc>
          <w:tcPr>
            <w:tcW w:w="1080" w:type="dxa"/>
            <w:shd w:val="clear" w:color="auto" w:fill="E8F0FE"/>
          </w:tcPr>
          <w:p w14:paraId="1AF46AC5" w14:textId="77777777" w:rsidR="00DC24FA" w:rsidRDefault="00DC24FA"/>
        </w:tc>
      </w:tr>
      <w:tr w:rsidR="00DC24FA" w14:paraId="1F6E5E0A" w14:textId="77777777">
        <w:tc>
          <w:tcPr>
            <w:tcW w:w="1080" w:type="dxa"/>
          </w:tcPr>
          <w:p w14:paraId="74515522" w14:textId="77777777" w:rsidR="00DC24FA" w:rsidRDefault="00DC24FA"/>
        </w:tc>
        <w:tc>
          <w:tcPr>
            <w:tcW w:w="1080" w:type="dxa"/>
          </w:tcPr>
          <w:p w14:paraId="6F3BF3A2" w14:textId="77777777" w:rsidR="00DC24FA" w:rsidRDefault="00DC24FA"/>
        </w:tc>
        <w:tc>
          <w:tcPr>
            <w:tcW w:w="1080" w:type="dxa"/>
          </w:tcPr>
          <w:p w14:paraId="69FE7879" w14:textId="77777777" w:rsidR="00DC24FA" w:rsidRDefault="00000000">
            <w:r>
              <w:rPr>
                <w:b/>
              </w:rPr>
              <w:t>Subtotal (ex VAT)</w:t>
            </w:r>
          </w:p>
        </w:tc>
        <w:tc>
          <w:tcPr>
            <w:tcW w:w="1080" w:type="dxa"/>
            <w:shd w:val="clear" w:color="auto" w:fill="E8F0FE"/>
          </w:tcPr>
          <w:p w14:paraId="6260A614" w14:textId="77777777" w:rsidR="00DC24FA" w:rsidRDefault="00DC24FA"/>
        </w:tc>
        <w:tc>
          <w:tcPr>
            <w:tcW w:w="1080" w:type="dxa"/>
          </w:tcPr>
          <w:p w14:paraId="30D02B3A" w14:textId="77777777" w:rsidR="00DC24FA" w:rsidRDefault="00DC24FA"/>
        </w:tc>
        <w:tc>
          <w:tcPr>
            <w:tcW w:w="1080" w:type="dxa"/>
          </w:tcPr>
          <w:p w14:paraId="3D17215E" w14:textId="77777777" w:rsidR="00DC24FA" w:rsidRDefault="00DC24FA"/>
        </w:tc>
        <w:tc>
          <w:tcPr>
            <w:tcW w:w="1080" w:type="dxa"/>
          </w:tcPr>
          <w:p w14:paraId="3B67F00F" w14:textId="77777777" w:rsidR="00DC24FA" w:rsidRDefault="00DC24FA"/>
        </w:tc>
        <w:tc>
          <w:tcPr>
            <w:tcW w:w="1080" w:type="dxa"/>
          </w:tcPr>
          <w:p w14:paraId="1D715248" w14:textId="77777777" w:rsidR="00DC24FA" w:rsidRDefault="00DC24FA"/>
        </w:tc>
      </w:tr>
      <w:tr w:rsidR="00DC24FA" w14:paraId="42AD50ED" w14:textId="77777777">
        <w:tc>
          <w:tcPr>
            <w:tcW w:w="1080" w:type="dxa"/>
          </w:tcPr>
          <w:p w14:paraId="681A5CDA" w14:textId="77777777" w:rsidR="00DC24FA" w:rsidRDefault="00DC24FA"/>
        </w:tc>
        <w:tc>
          <w:tcPr>
            <w:tcW w:w="1080" w:type="dxa"/>
          </w:tcPr>
          <w:p w14:paraId="56691260" w14:textId="77777777" w:rsidR="00DC24FA" w:rsidRDefault="00DC24FA"/>
        </w:tc>
        <w:tc>
          <w:tcPr>
            <w:tcW w:w="1080" w:type="dxa"/>
          </w:tcPr>
          <w:p w14:paraId="17F2DE65" w14:textId="77777777" w:rsidR="00DC24FA" w:rsidRDefault="00DC24FA"/>
        </w:tc>
        <w:tc>
          <w:tcPr>
            <w:tcW w:w="1080" w:type="dxa"/>
          </w:tcPr>
          <w:p w14:paraId="5B4A8349" w14:textId="77777777" w:rsidR="00DC24FA" w:rsidRDefault="00DC24FA"/>
        </w:tc>
        <w:tc>
          <w:tcPr>
            <w:tcW w:w="1080" w:type="dxa"/>
          </w:tcPr>
          <w:p w14:paraId="549B6302" w14:textId="77777777" w:rsidR="00DC24FA" w:rsidRDefault="00DC24FA"/>
        </w:tc>
        <w:tc>
          <w:tcPr>
            <w:tcW w:w="1080" w:type="dxa"/>
          </w:tcPr>
          <w:p w14:paraId="6832153F" w14:textId="77777777" w:rsidR="00DC24FA" w:rsidRDefault="00DC24FA"/>
        </w:tc>
        <w:tc>
          <w:tcPr>
            <w:tcW w:w="1080" w:type="dxa"/>
            <w:shd w:val="clear" w:color="auto" w:fill="E8F0FE"/>
          </w:tcPr>
          <w:p w14:paraId="646603B3" w14:textId="77777777" w:rsidR="00DC24FA" w:rsidRDefault="00000000">
            <w:r>
              <w:rPr>
                <w:b/>
              </w:rPr>
              <w:t>TOTAL VAT</w:t>
            </w:r>
          </w:p>
        </w:tc>
        <w:tc>
          <w:tcPr>
            <w:tcW w:w="1080" w:type="dxa"/>
          </w:tcPr>
          <w:p w14:paraId="38A8E6DC" w14:textId="77777777" w:rsidR="00DC24FA" w:rsidRDefault="00000000">
            <w:r>
              <w:rPr>
                <w:b/>
              </w:rPr>
              <w:t>TOTAL DUE</w:t>
            </w:r>
          </w:p>
        </w:tc>
      </w:tr>
    </w:tbl>
    <w:p w14:paraId="26AECDA1" w14:textId="77777777" w:rsidR="00DC24FA" w:rsidRDefault="00000000">
      <w:r>
        <w:rPr>
          <w:b/>
        </w:rPr>
        <w:t>Bank details (optional)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C24FA" w14:paraId="04A31110" w14:textId="77777777">
        <w:tc>
          <w:tcPr>
            <w:tcW w:w="4320" w:type="dxa"/>
          </w:tcPr>
          <w:p w14:paraId="1B136A43" w14:textId="77777777" w:rsidR="00DC24FA" w:rsidRDefault="00000000">
            <w:r>
              <w:rPr>
                <w:b/>
              </w:rPr>
              <w:t>Account name</w:t>
            </w:r>
          </w:p>
        </w:tc>
        <w:tc>
          <w:tcPr>
            <w:tcW w:w="4320" w:type="dxa"/>
            <w:shd w:val="clear" w:color="auto" w:fill="E8F0FE"/>
          </w:tcPr>
          <w:p w14:paraId="52E05ED6" w14:textId="77777777" w:rsidR="00DC24FA" w:rsidRDefault="00DC24FA"/>
        </w:tc>
      </w:tr>
      <w:tr w:rsidR="00DC24FA" w14:paraId="35D1CA3E" w14:textId="77777777">
        <w:tc>
          <w:tcPr>
            <w:tcW w:w="4320" w:type="dxa"/>
          </w:tcPr>
          <w:p w14:paraId="7ED233B4" w14:textId="77777777" w:rsidR="00DC24FA" w:rsidRDefault="00000000">
            <w:r>
              <w:rPr>
                <w:b/>
              </w:rPr>
              <w:t>Sort code</w:t>
            </w:r>
          </w:p>
        </w:tc>
        <w:tc>
          <w:tcPr>
            <w:tcW w:w="4320" w:type="dxa"/>
            <w:shd w:val="clear" w:color="auto" w:fill="E8F0FE"/>
          </w:tcPr>
          <w:p w14:paraId="611676A0" w14:textId="77777777" w:rsidR="00DC24FA" w:rsidRDefault="00DC24FA"/>
        </w:tc>
      </w:tr>
      <w:tr w:rsidR="00DC24FA" w14:paraId="25792F1F" w14:textId="77777777">
        <w:tc>
          <w:tcPr>
            <w:tcW w:w="4320" w:type="dxa"/>
          </w:tcPr>
          <w:p w14:paraId="4C487880" w14:textId="77777777" w:rsidR="00DC24FA" w:rsidRDefault="00000000">
            <w:r>
              <w:rPr>
                <w:b/>
              </w:rPr>
              <w:t>Account number / IBAN</w:t>
            </w:r>
          </w:p>
        </w:tc>
        <w:tc>
          <w:tcPr>
            <w:tcW w:w="4320" w:type="dxa"/>
            <w:shd w:val="clear" w:color="auto" w:fill="E8F0FE"/>
          </w:tcPr>
          <w:p w14:paraId="1343A763" w14:textId="77777777" w:rsidR="00DC24FA" w:rsidRDefault="00DC24FA"/>
        </w:tc>
      </w:tr>
      <w:tr w:rsidR="00DC24FA" w14:paraId="5D7C4B69" w14:textId="77777777">
        <w:tc>
          <w:tcPr>
            <w:tcW w:w="4320" w:type="dxa"/>
          </w:tcPr>
          <w:p w14:paraId="35118DE8" w14:textId="77777777" w:rsidR="00DC24FA" w:rsidRDefault="00000000">
            <w:r>
              <w:rPr>
                <w:b/>
              </w:rPr>
              <w:t>Payment reference</w:t>
            </w:r>
          </w:p>
        </w:tc>
        <w:tc>
          <w:tcPr>
            <w:tcW w:w="4320" w:type="dxa"/>
            <w:shd w:val="clear" w:color="auto" w:fill="E8F0FE"/>
          </w:tcPr>
          <w:p w14:paraId="7D7DC85B" w14:textId="77777777" w:rsidR="00DC24FA" w:rsidRDefault="00DC24FA"/>
        </w:tc>
      </w:tr>
    </w:tbl>
    <w:p w14:paraId="5288CF21" w14:textId="77777777" w:rsidR="00DC24FA" w:rsidRDefault="00000000">
      <w:r>
        <w:rPr>
          <w:b/>
        </w:rPr>
        <w:t>Notes:</w:t>
      </w:r>
    </w:p>
    <w:p w14:paraId="657F1634" w14:textId="77777777" w:rsidR="00DC24FA" w:rsidRDefault="00000000" w:rsidP="00AC200F">
      <w:pPr>
        <w:spacing w:line="240" w:lineRule="auto"/>
      </w:pPr>
      <w:r>
        <w:t>• If the domestic VAT reverse charge applies, include: “VAT reverse charge: customer to account for VAT to HMRC.”</w:t>
      </w:r>
    </w:p>
    <w:p w14:paraId="5783B456" w14:textId="77777777" w:rsidR="00DC24FA" w:rsidRDefault="00000000" w:rsidP="00AC200F">
      <w:pPr>
        <w:spacing w:line="240" w:lineRule="auto"/>
      </w:pPr>
      <w:r>
        <w:t>• For zero-rated or exempt supplies, ensure the description clarifies the reason or scheme if relevant.</w:t>
      </w:r>
    </w:p>
    <w:p w14:paraId="067B9502" w14:textId="7900F529" w:rsidR="00DC24FA" w:rsidRDefault="00000000" w:rsidP="00AC200F">
      <w:pPr>
        <w:spacing w:line="240" w:lineRule="auto"/>
      </w:pPr>
      <w:r>
        <w:t>• Prices are shown exclusive of VAT unless otherwise stated.</w:t>
      </w:r>
    </w:p>
    <w:sectPr w:rsidR="00DC24FA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2B271" w14:textId="77777777" w:rsidR="00AC2FC6" w:rsidRDefault="00AC2FC6" w:rsidP="00CA19B4">
      <w:pPr>
        <w:spacing w:after="0" w:line="240" w:lineRule="auto"/>
      </w:pPr>
      <w:r>
        <w:separator/>
      </w:r>
    </w:p>
  </w:endnote>
  <w:endnote w:type="continuationSeparator" w:id="0">
    <w:p w14:paraId="7E49FCBE" w14:textId="77777777" w:rsidR="00AC2FC6" w:rsidRDefault="00AC2FC6" w:rsidP="00CA1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87D8" w14:textId="2C8E572E" w:rsidR="00CA19B4" w:rsidRDefault="00CA19B4" w:rsidP="00CA19B4">
    <w:pPr>
      <w:spacing w:before="120"/>
    </w:pPr>
    <w:proofErr w:type="spellStart"/>
    <w:r>
      <w:t>VintageTax</w:t>
    </w:r>
    <w:proofErr w:type="spellEnd"/>
    <w:r>
      <w:t xml:space="preserve"> is a trading style of Accounting Monton Village Ltd (Company No. 15376306). Registered office: 73 Parrin Lane, Monton, Eccles, Manchester, M30 8AY. AML Supervised • ICO Registered • Xero Partner | Practicing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0CAEE" w14:textId="77777777" w:rsidR="00AC2FC6" w:rsidRDefault="00AC2FC6" w:rsidP="00CA19B4">
      <w:pPr>
        <w:spacing w:after="0" w:line="240" w:lineRule="auto"/>
      </w:pPr>
      <w:r>
        <w:separator/>
      </w:r>
    </w:p>
  </w:footnote>
  <w:footnote w:type="continuationSeparator" w:id="0">
    <w:p w14:paraId="158F08B0" w14:textId="77777777" w:rsidR="00AC2FC6" w:rsidRDefault="00AC2FC6" w:rsidP="00CA1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1B3A5" w14:textId="581B0371" w:rsidR="00CA19B4" w:rsidRDefault="00CA19B4" w:rsidP="00CA19B4">
    <w:pPr>
      <w:pStyle w:val="Header"/>
      <w:jc w:val="center"/>
    </w:pPr>
    <w:r>
      <w:rPr>
        <w:noProof/>
      </w:rPr>
      <w:drawing>
        <wp:inline distT="0" distB="0" distL="0" distR="0" wp14:anchorId="1F5FDAF2" wp14:editId="1C048630">
          <wp:extent cx="3591763" cy="1057990"/>
          <wp:effectExtent l="0" t="0" r="8890" b="8890"/>
          <wp:docPr id="685276916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276916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12789" cy="1064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2486239">
    <w:abstractNumId w:val="8"/>
  </w:num>
  <w:num w:numId="2" w16cid:durableId="591209748">
    <w:abstractNumId w:val="6"/>
  </w:num>
  <w:num w:numId="3" w16cid:durableId="592707768">
    <w:abstractNumId w:val="5"/>
  </w:num>
  <w:num w:numId="4" w16cid:durableId="187959485">
    <w:abstractNumId w:val="4"/>
  </w:num>
  <w:num w:numId="5" w16cid:durableId="1700158667">
    <w:abstractNumId w:val="7"/>
  </w:num>
  <w:num w:numId="6" w16cid:durableId="2068069245">
    <w:abstractNumId w:val="3"/>
  </w:num>
  <w:num w:numId="7" w16cid:durableId="1048649653">
    <w:abstractNumId w:val="2"/>
  </w:num>
  <w:num w:numId="8" w16cid:durableId="632364847">
    <w:abstractNumId w:val="1"/>
  </w:num>
  <w:num w:numId="9" w16cid:durableId="516579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121A"/>
    <w:rsid w:val="0015074B"/>
    <w:rsid w:val="0029639D"/>
    <w:rsid w:val="00326F90"/>
    <w:rsid w:val="00787AD1"/>
    <w:rsid w:val="009814C8"/>
    <w:rsid w:val="00AA1D8D"/>
    <w:rsid w:val="00AC200F"/>
    <w:rsid w:val="00AC2FC6"/>
    <w:rsid w:val="00B47730"/>
    <w:rsid w:val="00CA19B4"/>
    <w:rsid w:val="00CB0664"/>
    <w:rsid w:val="00D120FD"/>
    <w:rsid w:val="00DC24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13BC8F2F-C077-43A2-9DBF-FEA8E589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906</Characters>
  <Application>Microsoft Office Word</Application>
  <DocSecurity>0</DocSecurity>
  <Lines>226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3</cp:revision>
  <dcterms:created xsi:type="dcterms:W3CDTF">2013-12-23T23:15:00Z</dcterms:created>
  <dcterms:modified xsi:type="dcterms:W3CDTF">2025-11-09T02:45:00Z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83cf6721-432d-4ddb-bcef-cf43e5b40b32</vt:lpwstr>
  </property>
</Properties>
</file>